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2026-2027 EĞİTİM ÖĞRETİM YILI</w:t>
      </w:r>
    </w:p>
    <w:p>
      <w:pPr>
        <w:spacing w:before="0" w:after="40" w:line="240" w:lineRule="auto"/>
        <w:jc w:val="center"/>
      </w:pPr>
      <w:r>
        <w:rPr>
          <w:rFonts w:ascii="Times New Roman" w:hAnsi="Times New Roman"/>
          <w:b/>
          <w:color w:val="000000"/>
          <w:sz w:val="28"/>
        </w:rPr>
        <w:t>5. SINIF İNGİLİZCE DERS PLANI</w:t>
      </w:r>
    </w:p>
    <w:p>
      <w:pPr>
        <w:spacing w:before="0" w:after="200" w:line="240" w:lineRule="auto"/>
        <w:jc w:val="center"/>
      </w:pPr>
      <w:r>
        <w:rPr>
          <w:rFonts w:ascii="Times New Roman" w:hAnsi="Times New Roman"/>
          <w:b/>
          <w:color w:val="000000"/>
          <w:sz w:val="26"/>
        </w:rPr>
        <w:t>5.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2565"/>
        <w:gridCol w:w="2565"/>
        <w:gridCol w:w="2565"/>
        <w:gridCol w:w="2565"/>
      </w:tblGrid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Kurum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Eğitim Öğretim Yılı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2026-2027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İngilizce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Sınıf / Şube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5 / ................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Hafta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5. Hafta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Uygulama Tarih Aralığı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12-16 Ekim 2026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Toplam Ders Saati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3 ders saati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Düzenleme / İmza Tarihi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12 Ekim 2026 Pazartesi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Öğretmeni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Plan Türü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Ders Planı</w:t>
            </w:r>
          </w:p>
        </w:tc>
      </w:tr>
      <w:tr>
        <w:tc>
          <w:tcPr>
            <w:tcW w:type="dxa" w:w="1928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Dersin İşleneceği Gün ve Saat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Okul ders çizelgesine göre</w:t>
            </w:r>
          </w:p>
        </w:tc>
        <w:tc>
          <w:tcPr>
            <w:tcW w:type="dxa" w:w="204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Kullanılan Ders Kitabı / Sayfa</w:t>
            </w:r>
          </w:p>
        </w:tc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........................................................</w:t>
            </w:r>
          </w:p>
        </w:tc>
      </w:tr>
    </w:tbl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5131"/>
        <w:gridCol w:w="5131"/>
      </w:tblGrid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Tema ve İçerik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Theme 1 School Life</w:t>
              <w:br/>
              <w:t>Okul kulüpleri, ilgiler ve basit davet ifadeleri.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Çıktıları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Tema 1 öğrenme çıktıları doğrultusunda konuşma ve yazma üretimi.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club, join, music club, sports club, Would you like to join, I would like to.</w:t>
            </w:r>
          </w:p>
        </w:tc>
      </w:tr>
      <w:tr>
        <w:tc>
          <w:tcPr>
            <w:tcW w:type="dxa" w:w="2835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E7E6E6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Öğrenme Kanıtı</w:t>
            </w:r>
          </w:p>
        </w:tc>
        <w:tc>
          <w:tcPr>
            <w:tcW w:type="dxa" w:w="6803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Kulüp tanıtım kartı.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okul kulüpleri hakkında bilgi vermelerini ve katılım tercihlerini açıklamalarını sağlamak. Öğrencilerin önceki sınıf düzeylerinden getirdikleri kelime ve iletişim deneyimleri, yeni öğrenmeler için başlangıç noktası olarak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Öğretmen, derse girişte kısa soru, görsel, dinleme parçası veya eşli konuşma yoluyla öğrencilerin hedef sözcük ve yapıların ne kadarını kullandıklarını gözler. Bu süreç not verme amacı taşımaz.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Ders kitabı, çalışma kâğıdı, kelime kartları, görsel materyaller, tahta veya akıllı tahta, gerektiğinde ses kaydı ya da kısa video kullanılır.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Kaynak: </w:t>
      </w:r>
      <w:r>
        <w:rPr>
          <w:rFonts w:ascii="Times New Roman" w:hAnsi="Times New Roman"/>
          <w:b w:val="0"/>
          <w:color w:val="000000"/>
          <w:sz w:val="20"/>
        </w:rPr>
        <w:t>Sınıf düzeyine ait yıllık plan, ilgili İngilizce dersi öğretim programı, ders kitabı ve öğretmenin öğrenci ihtiyacına göre hazırladığı destekleyici materyaller kullanılır.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Öğrenme Öğretme Süreci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170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Aşama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17365D"/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Öğrenme Öğretme Süreci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Derse Giriş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Öğretmen, Theme 1 School Life bağlamını günlük yaşamla ilişkilendiren kısa soru, görsel veya sesli ipucuyla öğrencilerin ön bilgilerini harekete geçirir. Hedef kelimeler ve ifadeler doğrudan çeviri yerine bağlam içinde fark ettirilir.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1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Kulüp adları ve etkinlikleri eşleştirme çalışması.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2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Bir kulübe katılım daveti içeren kısa diyalogların dinlenmesi.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Yaşantısı 3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25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Öğrencilerin seçtikleri kulüp için tanıtım kartı hazırlaması. Öğrenciler önce anlamı dinleme veya okuma yoluyla kurar, ardından konuşma ya da yazma ile hedef dili kullanır.</w:t>
            </w:r>
          </w:p>
        </w:tc>
      </w:tr>
      <w:tr>
        <w:tc>
          <w:tcPr>
            <w:tcW w:type="dxa" w:w="1701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  <w:shd w:fill="D9E2F3"/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Kapanış</w:t>
            </w:r>
          </w:p>
        </w:tc>
        <w:tc>
          <w:tcPr>
            <w:tcW w:type="dxa" w:w="1247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10 dk</w:t>
            </w:r>
          </w:p>
        </w:tc>
        <w:tc>
          <w:tcPr>
            <w:tcW w:type="dxa" w:w="6690"/>
            <w:vAlign w:val="top"/>
            <w:tcMar>
              <w:top w:w="105" w:type="dxa"/>
              <w:start w:w="110" w:type="dxa"/>
              <w:bottom w:w="105" w:type="dxa"/>
              <w:end w:w="110" w:type="dxa"/>
            </w:tcMar>
          </w:tcPr>
          <w:p>
            <w:pPr>
              <w:spacing w:before="0" w:after="0" w:line="252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Öğrenciler bu haftanın hedef diliyle en az bir anlamlı cümle veya kısa ifade üretir. Öğretmen, kulüp tanıtım kartı. üzerinden kısa geri bildirim verir ve sonraki derse hazırlık sorusu yöneltir.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Hedef kelimeler görsel ve örnek cümlelerle tekrar edilir. İhtiyaç duyan öğrencilere kısa model metin, kelime bankası, eşli çalışma ve ek süre sağlanır.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olan öğrenciler hedef dili daha uzun bir diyalog, kısa sunum, dijital ürün veya akranlarına açıklama görevi içinde kullanır.</w:t>
      </w:r>
    </w:p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Öğretmenin İzleme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İzleme: </w:t>
      </w:r>
      <w:r>
        <w:rPr>
          <w:rFonts w:ascii="Times New Roman" w:hAnsi="Times New Roman"/>
          <w:b w:val="0"/>
          <w:color w:val="000000"/>
          <w:sz w:val="20"/>
        </w:rPr>
        <w:t>Öğretmen, öğrencilerin hedef dili anlamlandırma, uygun kelime seçme, etkileşime katılma ve ürün oluşturma süreçlerine ilişkin kısa gözlem notları alır. Bir sonraki dersin tekrar veya ilerleme düzeyi bu gözlemlere göre belirlenir.</w:t>
      </w:r>
    </w:p>
    <w:p>
      <w:r>
        <w:br w:type="page"/>
      </w:r>
    </w:p>
    <w:p>
      <w:pPr>
        <w:spacing w:before="160" w:after="80" w:line="240" w:lineRule="auto"/>
      </w:pPr>
      <w:r>
        <w:rPr>
          <w:rFonts w:ascii="Times New Roman" w:hAnsi="Times New Roman"/>
          <w:b/>
          <w:color w:val="000000"/>
          <w:sz w:val="26"/>
        </w:rPr>
        <w:t>Ölçme ve Değerlendirme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3421"/>
        <w:gridCol w:w="3421"/>
        <w:gridCol w:w="3421"/>
      </w:tblGrid>
      <w:tr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Ölçüt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Gözlenecek Kanıt</w:t>
            </w:r>
          </w:p>
        </w:tc>
        <w:tc>
          <w:tcPr>
            <w:tcW w:type="dxa" w:w="3421"/>
            <w:shd w:fill="17365D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  <w:jc w:val="center"/>
            </w:pPr>
            <w:r>
              <w:rPr>
                <w:rFonts w:ascii="Times New Roman" w:hAnsi="Times New Roman"/>
                <w:b/>
                <w:color w:val="FFFFFF"/>
                <w:sz w:val="19"/>
              </w:rPr>
              <w:t>Değerlendirme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Anlama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Dinleme veya okuma metninde hedef bilgiyi seçer.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Gözlem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Hedef Dil Kullanımı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club, join, music club, sports club, Would you like to join, I would like to. içinden uygun kelime ve yapıları kullanır.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Kısa rubrik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Ürün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Kulüp tanıtım kartı. çalışmasını tamamlar ve açıklar.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Ürün kontrol listesi</w:t>
            </w:r>
          </w:p>
        </w:tc>
      </w:tr>
      <w:tr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  <w:shd w:fill="D9E2F3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Katılım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Eşli ya da grup çalışmasında görev alır ve geri bildirim verir.</w:t>
            </w:r>
          </w:p>
        </w:tc>
        <w:tc>
          <w:tcPr>
            <w:tcW w:type="dxa" w:w="3421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  <w:t>Öz ve akran değerlendirme</w:t>
            </w:r>
          </w:p>
        </w:tc>
      </w:tr>
    </w:tbl>
    <w:p>
      <w:pPr>
        <w:spacing w:before="80" w:after="80" w:line="240" w:lineRule="auto"/>
      </w:pPr>
      <w:r>
        <w:rPr>
          <w:rFonts w:ascii="Times New Roman" w:hAnsi="Times New Roman"/>
          <w:b/>
          <w:color w:val="000000"/>
          <w:sz w:val="22"/>
        </w:rPr>
        <w:t>Öğrenci Geri Bildirimi ve Ders Sonu Notu</w:t>
      </w:r>
    </w:p>
    <w:p>
      <w:pPr>
        <w:spacing w:before="0" w:after="100" w:line="259" w:lineRule="auto"/>
      </w:pPr>
      <w:r>
        <w:rPr>
          <w:rFonts w:ascii="Times New Roman" w:hAnsi="Times New Roman"/>
          <w:b/>
          <w:color w:val="000000"/>
          <w:sz w:val="20"/>
        </w:rPr>
        <w:t xml:space="preserve">Öğrenci Geri Bildirimi: </w:t>
      </w:r>
      <w:r>
        <w:rPr>
          <w:rFonts w:ascii="Times New Roman" w:hAnsi="Times New Roman"/>
          <w:b w:val="0"/>
          <w:color w:val="000000"/>
          <w:sz w:val="20"/>
        </w:rPr>
        <w:t>Öğrenciler haftanın sonunda hangi ifadeyi rahat kullandıklarını, hangi noktada desteğe ihtiyaç duyduklarını ve bir sonraki derste neyi geliştirmek istediklerini kısa biçimde belirtir.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space="0" w:color="B7B7B7"/>
          <w:left w:val="single" w:sz="6" w:space="0" w:color="B7B7B7"/>
          <w:bottom w:val="single" w:sz="6" w:space="0" w:color="B7B7B7"/>
          <w:right w:val="single" w:sz="6" w:space="0" w:color="B7B7B7"/>
          <w:insideH w:val="single" w:sz="6" w:space="0" w:color="B7B7B7"/>
          <w:insideV w:val="single" w:sz="6" w:space="0" w:color="B7B7B7"/>
        </w:tblBorders>
      </w:tblPr>
      <w:tblGrid>
        <w:gridCol w:w="10262"/>
      </w:tblGrid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  <w:shd w:fill="E7E6E6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9"/>
              </w:rPr>
              <w:t>Ders Sonu Öğretmen Notu</w:t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  <w:tr>
        <w:tc>
          <w:tcPr>
            <w:tcW w:type="dxa" w:w="10262"/>
            <w:tcMar>
              <w:top w:w="130" w:type="dxa"/>
              <w:start w:w="120" w:type="dxa"/>
              <w:bottom w:w="130" w:type="dxa"/>
              <w:end w:w="12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Times New Roman" w:hAnsi="Times New Roman"/>
                <w:b w:val="0"/>
                <w:color w:val="000000"/>
                <w:sz w:val="19"/>
              </w:rPr>
            </w:r>
          </w:p>
        </w:tc>
      </w:tr>
    </w:tbl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10262"/>
      </w:tblGrid>
      <w:tr>
        <w:tc>
          <w:tcPr>
            <w:tcW w:type="dxa" w:w="10262"/>
            <w:vAlign w:val="center"/>
            <w:tcMar>
              <w:top w:w="120" w:type="dxa"/>
              <w:start w:w="120" w:type="dxa"/>
              <w:bottom w:w="12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20"/>
              </w:rPr>
              <w:t>Ders Öğretmeni</w:t>
              <w:br/>
              <w:t>Adı Soyadı</w:t>
              <w:br/>
              <w:t>İmza</w:t>
            </w:r>
          </w:p>
        </w:tc>
      </w:tr>
    </w:tbl>
    <w:sectPr w:rsidR="00FC693F" w:rsidRPr="0006063C" w:rsidSect="00034616">
      <w:pgSz w:w="11906" w:h="16838"/>
      <w:pgMar w:top="765" w:right="822" w:bottom="765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