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Eylül-2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Açı Ölçme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MAT.5.3.3. Açıları ölçmek için matematiksel araç ve teknolojiden yararlanabilme.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Açıölçerin bölümlerini tanıma, uygun ölçme aracını belirleme, ölçme işlemini doğru gerçekleştirme ve sonucu ifade etme.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açı kavramını, köşe ve ışınları ayırt edebildiği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“Açıölçeri hangi noktaya yerleştirirsek ölçüm güvenilir olur?”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Saat akrebi-yelkovanı ve sınıftaki nesnelerin oluşturduğu açılar üzerinden ölçme ihtiyacı görünür hâle getirilir.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Açıölçer, cetvel, açı kartları, kareli kâğıt, dijital açı ölçme uygulaması örneği ve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“Açıölçeri hangi noktaya yerleştirirsek ölçüm güvenilir olur?”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açıölçerle modelleme, ölçüm istasyonları ve sonuç karşılaştırma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açı ölçme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Saat akrebi-yelkovanı ve sınıftaki nesnelerin oluşturduğu açılar üzerinden ölçme ihtiyacı görünür hâle getirilir.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açı ölçüm tablosu, ölçüm adımlarını gösteren çizim ve kısa kontrol sorusu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Açı ölçüm tablosu, ölçüm adımlarını gösteren çizim ve kısa kontrol sorusu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açı ölçüm tablosu, ölçüm adımlarını gösteren çizim ve kısa kontrol sorusu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açı ölçme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Açıları ölçmek için matematiksel araç ve teknolojiden yararlanabilme.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Açıları ölçmek için uygun araç ve teknolojiden yararlanma çalışmaları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28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