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5-9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Açı Ölçme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MAT.5.3.4. Düzlemde iki veya üç doğrunun birbirine göre durumuna bağlı olarak oluşabilecek açılara dair çıkarım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Doğruların durumlarını inceleme, oluşan açıları belirleme, varsayımla karşılaştırma ve gerekçeli önerme sunma.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açıları ölçme ve temel doğruları çizme deneyimine sahip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“İki doğru kesiştiğinde oluşan açıların hangileri birbirine benzer veya farklı olabilir?”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Yol kavşakları, pencere parmaklıkları ve makas kolları üzerinden kesişen ve paralel doğruların oluşturduğu açılarla ilişki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Renkli şeritler, lastik ipler, cetvel, açıölçer, doğrular ve açılar çalışma kâğıdı,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“İki doğru kesiştiğinde oluşan açıların hangileri birbirine benzer veya farklı olabilir?”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doğru konumlarını modelleme, açıları ölçme ve önerme oluşturma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açı ölçme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Yol kavşakları, pencere parmaklıkları ve makas kolları üzerinden kesişen ve paralel doğruların oluşturduğu açılarla ilişki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ölçüm tablosu, açı ilişkisi şeması ve gerekçeli önerme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Ölçüm tablosu, açı ilişkisi şeması ve gerekçeli önerme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ölçüm tablosu, açı ilişkisi şeması ve gerekçeli önerme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açı ölçme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Düzlemde iki veya üç doğrunun birbirine göre durumuna bağlı olarak oluşabilecek açılara dair çıkarım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Doğruların durumuna bağlı oluşan açılar incelenerek çıkarım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5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