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ORTAOKULU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5.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6.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6.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19-23 Ekim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19 Ekim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Geometrik Şekiller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Çokgenler ve Çember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MAT.5.3.6. Çokgenlerin özellikleri ile ilgili edindiği deneyimleri yansıtabilme.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Çokgenlerin kenar ve açı özelliklerine yönelik çıkarım yapma, çıkarımı farklı örnekler üzerinden değerlendirme ve yansıtma.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çokgenleri kapalı şekil olarak tanımlama deneyimine sahip olduğu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“Bir şeklin çokgen türünü belirlerken hangi özellikleri birlikte incelemeliyiz?”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Aynı kenar sayısına sahip farklı şekillerin neden aynı çokgen grubu içinde yer alabildiği sorgulanır.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Çokgen kartları, çember şablonu, pergel, cetvel, sınıflandırma tablosu, öz değerlendirme formu.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5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“Bir şeklin çokgen türünü belirlerken hangi özellikleri birlikte incelemeliyiz?”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çokgen avı, özellik tablosu ve öz değerlendirme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çokgenler ve çember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Aynı kenar sayısına sahip farklı şekillerin neden aynı çokgen grubu içinde yer alabildiği sorgulanır.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özellik tablosu, sınıflandırılmış örnekler ve yansıtma notu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Özellik tablosu, sınıflandırılmış örnekler ve yansıtma notu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özellik tablosu, sınıflandırılmış örnekler ve yansıtma notu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çokgenler ve çember ile ilgili yeni bir örnek tasarlamaları, kullandıkları matematiksel ilişkiyi ve gerekçesini açıklamaları istenir.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Çokgenlerin özellikleri ile ilgili edindiği deneyimleri yansıtabilme.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Çokgenlerin özellikleri deneyimlerden hareketle gözden geçirilip değerlendirildi.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19 Ekim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5. Sınıf Matematik 6.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