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ORTAOKULU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5.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7.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7.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26-30 Ekim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3+(2)*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26 Ekim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Geometrik Şekiller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Çokgenler ve Çember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MAT.5.3.7. Matematiksel araç ve teknoloji yardımıyla düzlemde iki noktada kesişen çember çiftinin merkezleri ve kesişim noktalarından biri ile inşa edilen üçgenlerin kenar özelliklerine yönelik çıkarım yapabilme.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Kesişen çember çiftleriyle üçgen inşa etme, varsayım kurma, üçgenleri belirleme, karşılaştırma ve önermeyi gerekçelendirme.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çember merkezi, yarıçap ve çokgen özelliklerine ilişkin temel bilgiye sahip olduğu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“Kesişen iki çemberden oluşan üçgenlerin kenarları hakkında nasıl bir tahmin yapabiliriz?”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Pergelin eş uzaklık oluşturma özelliği ile eşkenar, ikizkenar ve çeşitkenar üçgenlerin kenar uzunlukları arasında bağ kurulur.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Pergel, cetvel, geometri yazılımı veya etkileşimli tahta, çember çizim kâğıdı, üçgen kartları ve gözlem formu.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3+(2)*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“Kesişen iki çemberden oluşan üçgenlerin kenarları hakkında nasıl bir tahmin yapabiliriz?”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çemberlerle üçgen inşa etme, ölçme, varsayımı sınama ve cumhuriyet bayramı temalı desen çalışması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çokgenler ve çember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Pergelin eş uzaklık oluşturma özelliği ile eşkenar, ikizkenar ve çeşitkenar üçgenlerin kenar uzunlukları arasında bağ kurulur.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i̇nşa çizimi, kenar ölçüm tablosu, üçgen sınıflandırması ve gerekçeli önerme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İnşa çizimi, kenar ölçüm tablosu, üçgen sınıflandırması ve gerekçeli önerme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i̇nşa çizimi, kenar ölçüm tablosu, üçgen sınıflandırması ve gerekçeli önerme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çokgenler ve çember ile ilgili yeni bir örnek tasarlamaları, kullandıkları matematiksel ilişkiyi ve gerekçesini açıklamaları istenir.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Matematiksel araç ve teknoloji yardımıyla düzlemde iki noktada kesişen çember çiftinin merkezleri ve kesişim noktalarından biri ile inşa edilen üçgenlerin kenar özelliklerine yönelik çıkarım yapabilme.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Kesişen çember çiftleriyle üçgenler inşa edilerek kenar özelliklerine yönelik çıkarım yapıldı.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26 Ekim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5. Sınıf Matematik 7.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