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5. SINIF/ŞUBE ÖĞRETMENLER KURULU</w:t>
      </w:r>
    </w:p>
    <w:p>
      <w:pPr>
        <w:pStyle w:val="Title"/>
        <w:spacing w:before="0" w:after="160"/>
        <w:jc w:val="center"/>
      </w:pPr>
      <w:r>
        <w:rPr>
          <w:rFonts w:ascii="Times New Roman" w:hAnsi="Times New Roman" w:cs="Times New Roman"/>
          <w:b/>
          <w:i w:val="0"/>
          <w:color w:val="000000"/>
          <w:sz w:val="24"/>
        </w:rPr>
        <w:t>HAZIRAN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5.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Haziran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ortaokula uyum, ders öğretmenleriyle çalışma düzeni, temel öğrenme becerileri ve okul kültürü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Bir önceki sınıf/şube öğretmenler kurulu kararlarının uygulama sonuçlarının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ortaokula uyumlarının, ders öğretmeni değişimlerine uyum sağlama durumlarının ve düzenli çalışma alışkanlıklarının desteklenmesi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Ortaokula Uyum ve Çalışma Alışkanlıkları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Gelecek eğitim öğretim yılına aktarılacak önerilerin ve arşivlenecek kararların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haziran ayı içinde yapılan toplantıda eğitim öğretim yılı boyunca alınan kararların uygulanma durumu ve sonuçları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Eğitim öğretim yılı boyunca yürütülen çalışmalar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Türkiye Yüzyılı Maarif Modeli doğrultusunda beceri, değer ve eğilimlerin öğrenme süreçlerine yansıtılması kararlaştırıldı.</w:t>
      </w:r>
    </w:p>
    <w:p>
      <w:pPr>
        <w:keepNext/>
        <w:spacing w:before="140" w:after="60"/>
        <w:jc w:val="left"/>
      </w:pPr>
      <w:r>
        <w:rPr>
          <w:rFonts w:ascii="Times New Roman" w:hAnsi="Times New Roman" w:cs="Times New Roman"/>
          <w:b/>
          <w:i w:val="0"/>
          <w:color w:val="000000"/>
          <w:sz w:val="22"/>
        </w:rPr>
        <w:t>5. ORTAOKULA UYUM VE ÇALIŞMA ALIŞKANLIKLARI</w:t>
      </w:r>
    </w:p>
    <w:p>
      <w:pPr>
        <w:spacing w:before="0" w:after="100" w:line="271" w:lineRule="auto"/>
        <w:ind w:firstLine="425"/>
        <w:jc w:val="both"/>
      </w:pPr>
      <w:r>
        <w:rPr>
          <w:rFonts w:ascii="Times New Roman" w:hAnsi="Times New Roman" w:cs="Times New Roman"/>
          <w:b w:val="0"/>
          <w:i w:val="0"/>
          <w:color w:val="000000"/>
          <w:sz w:val="21"/>
        </w:rPr>
        <w:t>Öğrencilerin ortaokula uyumlarının, ders öğretmeni değişimlerine uyum sağlama durumlarının ve düzenli çalışma alışkanlıklarının desteklenmesi görüşülmüş; sınıfın özellikleri, okulun imkânları ve öğrencilerin bireysel farklılıkları dikkate alınarak uygulanabilir çalışmaların ilgili öğretmenlerce planlanmasına, gelişmelerin gelecek eğitim öğretim yılı planlamasında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Ders öğretmenleriyle ilk kez yoğun biçimde çalışan öğrencilerin ders araç gereçlerini hazırlama, ödevlerini planlama, not tutma ve soru sorma alışkanlıklarını geliştirecek ortak sınıf içi beklentilerin belirlenmesi; bu beklentilerin öğrenci ve velilerle paylaşılması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Eğitim ve öğretim yılında özürsüz 20 gün ve üzeri devamsızlığı bulunan, Türkçe dersinden yıl sonu puanı 70,00'ın altında veya herhangi bir dersten yıl sonu puanı 50,00'ın altında olan öğrencilerle ilgili sınıf geçme ya da sınıf tekrarı değerlendirmelerinin ikinci dönemin son haftasında, ilgili yönetmelik hükümleri doğrultusunda yapılması; gerekçeli kararların EK-5 Ders Yılı Sonu Şube Öğretmenler Kurulu Öğrenci Kişisel Değerlendirme Tutanağına yazılarak e-Okul sistemine işlenmesi ve bu genel tutanağa öğrenci adı yazılmaması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gelecek eğitim öğretim yılı planlamasında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Ortaokula Uyum ve Çalışma Alışkanlıkları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Ortaokula Uyum</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Türkçe ve Matematik Öğrenme Süreçleri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Çalışma ve Ödev Takibi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Akran İlişkileri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Kaynaştırma/BEP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