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TÜRKÇE GÜNLÜK PLAN / DERS PLANI</w:t>
      </w:r>
    </w:p>
    <w:p>
      <w:pPr>
        <w:pStyle w:val="Title"/>
        <w:spacing w:after="16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3.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Eylül-2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Dünyası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Topsuz Basketbol Oyunu</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yönerge ve bilgilendirici içerikte önemli bilgiyi belirleme, sıralı anlatım ve iş birlikli oyun kuralı oluşturma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T.D.5.5, T.D.5.13 ve T.D.5.17; T.O.5.3, T.O.5.5, T.O.5.6, T.O.5.12, T.O.5.15 ve T.O.5.20; T.K.5.1, T.K.5.3, T.K.5.17; T.Y.5.1, T.Y.5.3, T.Y.5.13 ve T.Y.5.16.</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metindeki anahtar kelimeleri belirleme ve sözlük kullanma deneyimi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oyun yönergesini herkesin doğru uygulaması için hangi bilgiler açıkça verilmelidir?”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oyun yönergesi kartları, sıralama şeritleri, oyun alanı krokisi, kelime kartları, güvenli sınıf içi oyun materyalleri, değerlendirme formu.</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oyun yönergesini herkesin doğru uygulaması için hangi bilgiler açıkça verilmelidir?”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Topsuz Basketbol Oyunu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oyunun kuralı, tarihî kişi veya mektuptaki bilgi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oyun yönergesi sıralama şeması, önemli bilgi tablosu ve grupça yazılmış kısa oyun kuralı.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Oyun yönergesi sıralama şeması, önemli bilgi tablosu ve grupça yazılmış kısa oyun kuralı.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yönergedeki fiiller ve sıra bildiren ifadeler renklendirilir; uygulama öncesinde örnek bir oyun kuralı birlikte incelenir. Hızlı ilerleyen öğrenciler için ise öğrenciler oyunun engel durumu olan bir akranın katılımını kolaylaştıracak bir uyarlama önerisi geliştirir.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Yönergedeki fiiller ve sıra bildiren ifadeler renklendirilir; uygulama öncesinde örnek bir oyun kuralı birlikte incelenir.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oyunun engel durumu olan bir akranın katılımını kolaylaştıracak bir uyarlama önerisi geliştirir.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Topsuz Basketbol Oyunu metni üzerinden yönerge metnindeki önemli bilgileri belirleme, sıralı anlatım ve oyun kuralı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Türkçe 3.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