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5. SINIF TÜRKÇE GÜNLÜK PLAN / DERS PLANI</w:t>
      </w:r>
    </w:p>
    <w:p>
      <w:pPr>
        <w:pStyle w:val="Title"/>
        <w:spacing w:after="16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12-16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Oyun Dünyası</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Bir İp Bul, Oyuna Başla!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metinden hareketle geleneksel oyunları tanıma, metnin açık ve örtük mesajlarını tartışma, performans görevi hazırlama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T.D.5.5, T.D.5.7, T.D.5.13 ve T.D.5.17; T.O.5.3, T.O.5.5, T.O.5.6, T.O.5.9, T.O.5.15 ve T.O.5.20; T.K.5.7, T.K.5.17 ve T.K.5.20; T.Y.5.3, T.Y.5.13 ve T.Y.5.16.</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oyun yönergelerini inceleme ve günlük yaşamla ilişki kurma deneyimleri olduğu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“Geçmişten gelen oyunlar, bugün arkadaşlık ve iletişim biçimimize ne katabilir?”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geleneksel oyun görselleri, aile büyükleriyle görüşme soru formu, performans görevi ölçütü, sözlük, afiş veya dijital sunum şablonu.</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“Geçmişten gelen oyunlar, bugün arkadaşlık ve iletişim biçimimize ne katabilir?”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İp Bul, Oyuna Başla!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oyunun kuralı, tarihî kişi veya mektuptaki bilgi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geleneksel oyun araştırma planı, metin mesajı çizelgesi ve performans görevi taslağı.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Geleneksel oyun araştırma planı, metin mesajı çizelgesi ve performans görevi taslağı.</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metnin ana bölümleri için soru kartları, oyun araştırması için doldurulabilir bilgi formu ve görsel sözlük kullanılır. Hızlı ilerleyen öğrenciler için ise öğrenciler bir aile büyüğüyle görüşerek geçmişte oynanan bir oyunu sesli, yazılı veya görsel kayıtla tanıtır.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Metnin ana bölümleri için soru kartları, oyun araştırması için doldurulabilir bilgi formu ve görsel sözlük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bir aile büyüğüyle görüşerek geçmişte oynanan bir oyunu sesli, yazılı veya görsel kayıtla tanıtır.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Bir İp Bul, Oyuna Başla! metni üzerinden geleneksel oyunlar, metnin derin anlamı ve performans görevi hazırlık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5. Sınıf Türkçe 5.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