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TÜRKÇE GÜNLÜK PLAN / DERS PLANI</w:t>
      </w:r>
    </w:p>
    <w:p>
      <w:pPr>
        <w:pStyle w:val="Title"/>
        <w:spacing w:after="16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 Kasım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 Kasım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Atatürk’ü Tanımak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Oğlu Hüseyin’den Emine Ana’ya Mektuplar</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mektup türünü ve metin yapısını inceleme, söz varlığını geliştirme, hitap ve bağlantı ifadelerini kullanarak yazılı etkileşim kurma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T.D.5.1, T.D.5.4, T.D.5.7, T.D.5.12, T.D.5.17 ve T.D.5.20; T.O.5.3, T.O.5.5, T.O.5.9, T.O.5.14, T.O.5.20 ve T.O.5.22; T.K.5.14, T.K.5.15, T.K.5.17 ve T.K.5.21; T.Y.5.1, T.Y.5.2, T.Y.5.3, T.Y.5.11, T.Y.5.13, T.Y.5.15, T.Y.5.16 ve T.Y.5.17.</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öyküleyici metinde kişi, yer, zaman ve olay örgüsünü belirleme deneyimi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mektubun hitap, içerik ve kapanış bölümleri okuyucuya ne anlatır?”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mektup bölümleri şablonu, hitap ve kapanış ifadeleri kartı, sözlük, tarihî bağlam görselleri, taslak-defter kâğıdı, değerlendirme ölçütü.</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mektubun hitap, içerik ve kapanış bölümleri okuyucuya ne anlatır?”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Oğlu Hüseyin’den Emine Ana’ya Mektuplar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oyunun kuralı, tarihî kişi veya mektuptaki bilgi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mektup yapısı şeması, metindeki önemli bilgi notu ve kurallara uygun yazılmış kısa mektup.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Mektup yapısı şeması, metindeki önemli bilgi notu ve kurallara uygun yazılmış kısa mektup.</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mektup yazımında hitap-gelişme-kapanış bölümleri renkli şablonla gösterilir; bağlantı ifadeleri için seçmeli kelime bankası kullanılır. Hızlı ilerleyen öğrenciler için ise öğrenciler yazdıkları mektuba kaynak gösteren kısa bir bilgi notu veya döneme ait bir görsel açıklaması ekler.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Mektup yazımında hitap-gelişme-kapanış bölümleri renkli şablonla gösterilir; bağlantı ifadeleri için seçmeli kelime bankası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yazdıkları mektuba kaynak gösteren kısa bir bilgi notu veya döneme ait bir görsel açıklaması ekler.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Oğlu Hüseyin’den Emine Ana’ya Mektuplar metni üzerinden mektup türü, metin yapısı, önemli bilgi, söz varlığı ve yazılı etkileşim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Türkçe 8.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