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40"/>
      </w:pPr>
      <w:r>
        <w:rPr>
          <w:rFonts w:ascii="Times New Roman" w:hAnsi="Times New Roman"/>
          <w:b/>
          <w:color w:val="000000"/>
          <w:sz w:val="24"/>
        </w:rPr>
        <w:t>........................................................ ORTAOKULU MÜDÜRLÜĞÜ</w:t>
      </w:r>
    </w:p>
    <w:p>
      <w:pPr>
        <w:pStyle w:val="Title"/>
        <w:spacing w:after="40"/>
      </w:pPr>
      <w:r>
        <w:rPr>
          <w:rFonts w:ascii="Times New Roman" w:hAnsi="Times New Roman"/>
          <w:b/>
          <w:color w:val="000000"/>
          <w:sz w:val="24"/>
        </w:rPr>
        <w:t>2026-2027 EĞİTİM ÖĞRETİM YILI</w:t>
      </w:r>
    </w:p>
    <w:p>
      <w:pPr>
        <w:pStyle w:val="Title"/>
        <w:spacing w:after="40"/>
      </w:pPr>
      <w:r>
        <w:rPr>
          <w:rFonts w:ascii="Times New Roman" w:hAnsi="Times New Roman"/>
          <w:b/>
          <w:color w:val="000000"/>
          <w:sz w:val="24"/>
        </w:rPr>
        <w:t>6. SINIF FEN BİLİMLERİ DERS PLANI</w:t>
      </w:r>
    </w:p>
    <w:p>
      <w:pPr>
        <w:pStyle w:val="Title"/>
        <w:spacing w:after="180"/>
      </w:pPr>
      <w:r>
        <w:rPr>
          <w:rFonts w:ascii="Times New Roman" w:hAnsi="Times New Roman"/>
          <w:b/>
          <w:color w:val="000000"/>
          <w:sz w:val="24"/>
        </w:rPr>
        <w:t>3. HAFTA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Kurum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........................................................</w:t>
            </w:r>
          </w:p>
        </w:tc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Eğitim Öğretim Yılı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2026-2027</w:t>
            </w:r>
          </w:p>
        </w:tc>
      </w:tr>
      <w:tr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Ders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Fen Bilimleri</w:t>
            </w:r>
          </w:p>
        </w:tc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Sınıf / Şube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6 / ............</w:t>
            </w:r>
          </w:p>
        </w:tc>
      </w:tr>
      <w:tr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Hafta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3. Hafta</w:t>
            </w:r>
          </w:p>
        </w:tc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Uygulama Tarih Aralığı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28 Eylül-2 Ekim 2026</w:t>
            </w:r>
          </w:p>
        </w:tc>
      </w:tr>
      <w:tr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Toplam Ders Saati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4 ders saati</w:t>
            </w:r>
          </w:p>
        </w:tc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Düzenleme / İmza Tarihi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28 Eylül 2026 Pazartesi</w:t>
            </w:r>
          </w:p>
        </w:tc>
      </w:tr>
      <w:tr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Ders Öğretmeni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........................................................</w:t>
            </w:r>
          </w:p>
        </w:tc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Kullanılan Ders Kitabı / Sayfa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........................................................</w:t>
            </w:r>
          </w:p>
        </w:tc>
      </w:tr>
      <w:tr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Dersin İşleneceği Gün ve Saat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Okul ders çizelgesine göre</w:t>
            </w:r>
          </w:p>
        </w:tc>
        <w:tc>
          <w:tcPr>
            <w:tcW w:type="dxa" w:w="187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Plan Türü</w:t>
            </w:r>
          </w:p>
        </w:tc>
        <w:tc>
          <w:tcPr>
            <w:tcW w:type="dxa" w:w="2920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Ders Planı</w:t>
            </w:r>
          </w:p>
        </w:tc>
      </w:tr>
    </w:tbl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Yıllık Planla Uyumlu Öğrenme Çerçevesi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2438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Tema / Ünite</w:t>
            </w:r>
          </w:p>
        </w:tc>
        <w:tc>
          <w:tcPr>
            <w:tcW w:type="dxa" w:w="7143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Güneş Sistemi ve Tutulmalar</w:t>
            </w:r>
          </w:p>
        </w:tc>
      </w:tr>
      <w:tr>
        <w:tc>
          <w:tcPr>
            <w:tcW w:type="dxa" w:w="2438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İçerik Çerçevesi</w:t>
            </w:r>
          </w:p>
        </w:tc>
        <w:tc>
          <w:tcPr>
            <w:tcW w:type="dxa" w:w="7143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Güneş ve Ay Tutulmaları</w:t>
            </w:r>
          </w:p>
        </w:tc>
      </w:tr>
      <w:tr>
        <w:tc>
          <w:tcPr>
            <w:tcW w:type="dxa" w:w="2438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Öğrenme Çıktısı</w:t>
            </w:r>
          </w:p>
        </w:tc>
        <w:tc>
          <w:tcPr>
            <w:tcW w:type="dxa" w:w="7143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FB.6.1.3. Güneş ve Ay tutulması ile ilgili bilimsel çıkarım yapabilme; FB.6.1.4. Güneş ve Ay tutulması ile ilgili bilimsel model oluşturabilme.</w:t>
            </w:r>
          </w:p>
        </w:tc>
      </w:tr>
      <w:tr>
        <w:tc>
          <w:tcPr>
            <w:tcW w:type="dxa" w:w="2438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Süreç Bileşenleri</w:t>
            </w:r>
          </w:p>
        </w:tc>
        <w:tc>
          <w:tcPr>
            <w:tcW w:type="dxa" w:w="7143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Tutulmaların niteliklerini tanımlama, veri toplama-kaydetme-değerlendirme, model önerme ve yenileme.</w:t>
            </w:r>
          </w:p>
        </w:tc>
      </w:tr>
      <w:tr>
        <w:tc>
          <w:tcPr>
            <w:tcW w:type="dxa" w:w="2438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Seçilen Beceriler</w:t>
            </w:r>
          </w:p>
        </w:tc>
        <w:tc>
          <w:tcPr>
            <w:tcW w:type="dxa" w:w="7143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Bilimsel çıkarım, bilimsel model oluşturma, bilgi, görsel ve veri okuryazarlığı.</w:t>
            </w:r>
          </w:p>
        </w:tc>
      </w:tr>
      <w:tr>
        <w:tc>
          <w:tcPr>
            <w:tcW w:type="dxa" w:w="2438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E8EEF2" w:val="clear"/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Değerler ve Eğilimler</w:t>
            </w:r>
          </w:p>
        </w:tc>
        <w:tc>
          <w:tcPr>
            <w:tcW w:type="dxa" w:w="7143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Merak, gerçeği arama, sorumluluk, yardımseverlik ve açık fikirlilik.</w:t>
            </w:r>
          </w:p>
        </w:tc>
      </w:tr>
    </w:tbl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Hazırbulunuşluk ve Ön Değerlendirme</w:t>
      </w:r>
    </w:p>
    <w:p>
      <w:pPr>
        <w:spacing w:after="8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Temel kabul: </w:t>
      </w:r>
      <w:r>
        <w:rPr>
          <w:rFonts w:ascii="Times New Roman" w:hAnsi="Times New Roman"/>
          <w:b w:val="0"/>
          <w:color w:val="000000"/>
          <w:sz w:val="20"/>
        </w:rPr>
        <w:t>Öğrencilerin Dünya ve Ay'ın dönme-dolanma hareketleri ile Güneş-Dünya-Ay büyüklük ilişkisi hakkında temel bilgiye sahip oldukları kabul edilir.</w:t>
      </w:r>
    </w:p>
    <w:p>
      <w:pPr>
        <w:spacing w:after="8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Ön değerlendirme: </w:t>
      </w:r>
      <w:r>
        <w:rPr>
          <w:rFonts w:ascii="Times New Roman" w:hAnsi="Times New Roman"/>
          <w:b w:val="0"/>
          <w:color w:val="000000"/>
          <w:sz w:val="20"/>
        </w:rPr>
        <w:t>Öğrencilere “Güneş tutulması ile Ay tutulmasında hangi gök cismi gölge oluşturur; modelimiz bu farkı nasıl kanıtlar?” sorusu yöneltilir. Cevaplar not vermek amacıyla değil, ders sürecinde verilecek desteği belirlemek amacıyla kısa gözlem notlarıyla takip edilir.</w:t>
      </w:r>
    </w:p>
    <w:p>
      <w:pPr>
        <w:spacing w:after="12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Köprü kurma: </w:t>
      </w:r>
      <w:r>
        <w:rPr>
          <w:rFonts w:ascii="Times New Roman" w:hAnsi="Times New Roman"/>
          <w:b w:val="0"/>
          <w:color w:val="000000"/>
          <w:sz w:val="20"/>
        </w:rPr>
        <w:t>Günlük hayatta karşılaşılan tutulma haberleri ile Güneş, Dünya ve Ay'ın konum ilişkisi arasında bağlantı kurulur.</w:t>
      </w:r>
    </w:p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Araç Gereç ve Kaynaklar</w:t>
      </w:r>
    </w:p>
    <w:p>
      <w:pPr>
        <w:spacing w:after="8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Araç gereç: </w:t>
      </w:r>
      <w:r>
        <w:rPr>
          <w:rFonts w:ascii="Times New Roman" w:hAnsi="Times New Roman"/>
          <w:b w:val="0"/>
          <w:color w:val="000000"/>
          <w:sz w:val="20"/>
        </w:rPr>
        <w:t>El feneri, Dünya-Ay topları, tutulma görselleri, V diyagramı şablonu, kaynak kartları, model değerlendirme ölçütü.</w:t>
      </w:r>
    </w:p>
    <w:p>
      <w:pPr>
        <w:spacing w:after="1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Güvenlik ve kaynak kullanımı: </w:t>
      </w:r>
      <w:r>
        <w:rPr>
          <w:rFonts w:ascii="Times New Roman" w:hAnsi="Times New Roman"/>
          <w:b w:val="0"/>
          <w:color w:val="000000"/>
          <w:sz w:val="20"/>
        </w:rPr>
        <w:t>El feneri göze tutulmaz; Güneş tutulması hiçbir zaman koruyucu filtre olmadan gözlenmez.</w:t>
      </w:r>
    </w:p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Öğrenme Öğretme Süreci</w:t>
      </w:r>
    </w:p>
    <w:p>
      <w:pPr>
        <w:spacing w:after="12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Uygulama notu: </w:t>
      </w:r>
      <w:r>
        <w:rPr>
          <w:rFonts w:ascii="Times New Roman" w:hAnsi="Times New Roman"/>
          <w:b w:val="0"/>
          <w:color w:val="000000"/>
          <w:sz w:val="20"/>
        </w:rPr>
        <w:t>Aşağıdaki süreler 40 dakikalık dört ders saati dikkate alınarak hazırlanmıştır. Okulun ders çizelgesine ve sınıfın hazırbulunuşluk düzeyine göre etkinlik süreleri yeniden düzenlenebilir.</w:t>
      </w:r>
    </w:p>
    <w:p>
      <w:pPr>
        <w:pStyle w:val="Heading2"/>
        <w:keepNext/>
      </w:pPr>
      <w:r>
        <w:rPr>
          <w:rFonts w:ascii="Times New Roman" w:hAnsi="Times New Roman"/>
          <w:b/>
          <w:color w:val="000000"/>
          <w:sz w:val="21"/>
        </w:rPr>
        <w:t>Birinci Ders Saati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Dikkati çekme ve ön bilgiyi yoklama (10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Öğretmen, “Güneş tutulması ile Ay tutulmasında hangi gök cismi gölge oluşturur; modelimiz bu farkı nasıl kanıtlar?” sorusunu yöneltir. Öğrencilerin ilk düşüncelerini not verirken kullanmadan toplar; farklı yanıtları birbirine karşıt görüşler olarak değil, araştırılacak fikirler olarak sınıflandırır.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soru hakkında kısa tahmin yazar veya sözlü paylaşım yapar. Hangi bilgiyi bildiğini, hangisini araştırmak istediğini belirler.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Tahmin kartı veya başlangıç cümlesi; öğrencinin ön bilgisi ve araştırma sorusu.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Kavramları yapılandırma (20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Öğretmen, Tutulma bilgilerini kaynaklardan toplama, V diyagramı oluşturma ve ışık-gölge modeli tasarlama için gerekli materyalleri tanıtır. Açıklamayı tek yönlü vermek yerine, öğrencilerin gözlem ve kaynaklardan hareketle kavramlar arası ilişki kurmasına rehberlik eder.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materyalleri kullanarak güneş ve ay tutulmaları ile ilgili gözlem, eşleştirme veya kısa araştırma yapar. Bulgularını ortak çalışma kâğıdına kaydeder.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Çalışma kâğıdındaki ilk bulgular, kullanılan kavramların doğru yerleştirilmesi.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Kısa değerlendirme ve bağ kurma (10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 iki ya da üç öğrenci ürününü anonim biçimde inceler. Yanıtlar arasındaki benzerlikleri ve açıkta kalan soruları görünür hâle getirir; sonraki ders için gerekli kavramları not eder.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bulgularından birini sınıfla paylaşır ve arkadaşının açıklamasına kanıt ya da gerekçe ekler.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Sözlü gerekçelendirme ve kısa öğretmen gözlem notu.</w:t>
      </w:r>
    </w:p>
    <w:p>
      <w:pPr>
        <w:pStyle w:val="Heading2"/>
        <w:keepNext/>
      </w:pPr>
      <w:r>
        <w:rPr>
          <w:rFonts w:ascii="Times New Roman" w:hAnsi="Times New Roman"/>
          <w:b/>
          <w:color w:val="000000"/>
          <w:sz w:val="21"/>
        </w:rPr>
        <w:t>İkinci Ders Saati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Araştırma veya deney hazırlığı (10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Öğretmen, etkinlikte izlenecek adımları ve el feneri göze tutulmaz; güneş tutulması hiçbir zaman koruyucu filtre olmadan gözlenmez. Açık uçlu bir soru ile hangi değişkenin, bilginin veya model bileşeninin takip edileceğini belirletir.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görev paylaşımı yapar; gözlemci, kayıt sorumlusu, materyal sorumlusu ve sözcü görevlerinden birini seçer. Çalışma kâğıdında takip edeceği kanıtı işaretler.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Görev paylaşımı ve planlanmış gözlem/araştırma adımı.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Uygulama ve veri kaydı (20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 grupları dolaşarak güneş ve ay tutulmalarını konum ilişkisiyle gösteren, açıklama kartlarıyla desteklenmiş bilimsel model sürecinde öğrencilerin gözlem ile yorumu ayırt etmelerini sağlar. Gerekirse soruyla yönlendirir; doğrudan cevabı vermeden kaydı yeniden kontrol ettirir.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uygulama sonucunda elde ettikleri gözlem, ölçüm, karşılaştırma veya model ayrıntılarını kaydeder. Farklı bulgu görüldüğünde bunun nedenini tartışır.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V diyagramı, çizim/model ve model geliştirme notu.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Geri bildirim (10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Öğretmen, grupların ürünlerini belirlenen ölçütler üzerinden karşılaştırmalarını sağlar. Yanlış ya da eksik ilişki görüldüğünde öğrencinin bulgularına dönerek iyileştirme yapmasını ister.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kendi ürününde bir güçlü yönü ve bir geliştirme noktasını belirler; gerekli düzeltmeyi yapar.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Geri bildirim sonrası güncellenmiş kayıt veya model notu.</w:t>
      </w:r>
    </w:p>
    <w:p>
      <w:pPr>
        <w:pStyle w:val="Heading2"/>
        <w:keepNext/>
      </w:pPr>
      <w:r>
        <w:rPr>
          <w:rFonts w:ascii="Times New Roman" w:hAnsi="Times New Roman"/>
          <w:b/>
          <w:color w:val="000000"/>
          <w:sz w:val="21"/>
        </w:rPr>
        <w:t>Üçüncü Ders Saati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Bulguyu açıklama (10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 sınıfta ortak kavram haritası veya tablo oluşturur. Öğrencilerin kullandığı verilerden hangi sonuca ulaşılabileceğini, sonucu kanıtın dışına taşırmadan ifade etmelerini ister.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kendi grubunun bulgusunu kavram haritasına veya ortak tabloya ekler. Başka grubun bulgusuyla benzerlik ve farklılıkları söyler.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Ortak tablo/kavram haritasına doğru katkı ve kanıtla uyumlu açıklama.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Ürün oluşturma (20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 öğrencilerden güneş ve ay tutulmalarını konum ilişkisiyle gösteren, açıklama kartlarıyla desteklenmiş bilimsel model oluşturmalarını ister. Üründe kavramın doğru kullanımı, kanıtın görünür olması ve anlaşılır bir açıklama ölçütleri hatırlatılır.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bireysel veya grup ürünü hazırlar. Yazmakta zorlanan öğrenci çizim, etiket, şema ya da sözlü açıklama yoluyla öğrenmesini gösterebilir.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Öğrenci ürünü ve ölçütlere göre yapılan akran/öz değerlendirme.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Paylaşım ve transfer (10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Öğretmen, hazırlanan ürünlerin günlük yaşamdaki bir durumla bağını kuran sorular yöneltir. Öğrencilerden kavramı ezber cümlesiyle değil, somut bir örneği gerekçelendirerek açıklamalarını ister.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ürünü kısa sunar; öğrendiği kavramın günlük yaşamdaki bir kullanımını veya etkisini ifade eder.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Kısa sunum ve transfer sorusuna verilen gerekçeli yanıt.</w:t>
      </w:r>
    </w:p>
    <w:p>
      <w:pPr>
        <w:pStyle w:val="Heading2"/>
        <w:keepNext/>
      </w:pPr>
      <w:r>
        <w:rPr>
          <w:rFonts w:ascii="Times New Roman" w:hAnsi="Times New Roman"/>
          <w:b/>
          <w:color w:val="000000"/>
          <w:sz w:val="21"/>
        </w:rPr>
        <w:t>Dördüncü Ders Saati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Pekiştirme (12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 eşleştirme, yapılandırılmış grid, kısa cevaplı soru veya şema tamamlama etkinliği uygular. Soruların öğrenme çıktısındaki ilişkiyi ölçmesine dikkat eder.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bireysel olarak etkinliği tamamlar; sonrasında bir sorunun çözüm yolunu arkadaşına açıklar.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Bireysel pekiştirme etkinliği ve açıklama süreci.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Farklılaştırılmış çalışma (18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Öğretmen, desteğe ihtiyaç duyan öğrenciler için daha somut kart, şema veya model seçeneği; hızlı ilerleyen öğrenciler için ise yeni bir durum üzerinde açıklama görevi sunar.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ihtiyaçlarına uygun görevi seçer; öğretmenden ve arkadaşından aldığı dönütle ürününü tamamlar.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Seçilen görevin tamamlanması ve öğrenme kanıtının görünür hâle gelmesi.</w:t>
      </w:r>
    </w:p>
    <w:p>
      <w:pPr>
        <w:pStyle w:val="Stage"/>
        <w:keepNext/>
      </w:pPr>
      <w:r>
        <w:rPr>
          <w:rFonts w:ascii="Times New Roman" w:hAnsi="Times New Roman"/>
          <w:b/>
          <w:color w:val="000000"/>
          <w:sz w:val="20"/>
        </w:rPr>
        <w:t>Çıkış bileti ve kapanış (10 dakika)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Öğretmenin işlemleri: </w:t>
      </w:r>
      <w:r>
        <w:rPr>
          <w:rFonts w:ascii="Times New Roman" w:hAnsi="Times New Roman"/>
          <w:b w:val="0"/>
          <w:color w:val="000000"/>
          <w:sz w:val="20"/>
        </w:rPr>
        <w:t>Öğretmen “Bu hafta öğrendiğim en önemli ilişki...”, “Bunu gösteren kanıt...” ve “Bir sonraki derste merak ettiğim...” cümlelerini içeren çıkış biletini verir. Cevapları sonraki dersin planlamasında kullanır.</w:t>
      </w:r>
    </w:p>
    <w:p>
      <w:pPr>
        <w:spacing w:after="4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Öğrencinin öğrenme yaşantısı: </w:t>
      </w:r>
      <w:r>
        <w:rPr>
          <w:rFonts w:ascii="Times New Roman" w:hAnsi="Times New Roman"/>
          <w:b w:val="0"/>
          <w:color w:val="000000"/>
          <w:sz w:val="20"/>
        </w:rPr>
        <w:t>Öğrenciler üç cümlelik çıkış biletini tamamlar. Kendi öğrenmesini değerlendirir ve gerektiğinde destek isteğini belirtir.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İzlenecek öğrenme kanıtı: </w:t>
      </w:r>
      <w:r>
        <w:rPr>
          <w:rFonts w:ascii="Times New Roman" w:hAnsi="Times New Roman"/>
          <w:b w:val="0"/>
          <w:color w:val="000000"/>
          <w:sz w:val="20"/>
        </w:rPr>
        <w:t>Çıkış bileti ve öğretmenin sonraki haftaya ilişkin yansıtma notu.</w:t>
      </w:r>
    </w:p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Farklılaştırma</w:t>
      </w:r>
    </w:p>
    <w:p>
      <w:pPr>
        <w:spacing w:after="8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Destekleme: </w:t>
      </w:r>
      <w:r>
        <w:rPr>
          <w:rFonts w:ascii="Times New Roman" w:hAnsi="Times New Roman"/>
          <w:b w:val="0"/>
          <w:color w:val="000000"/>
          <w:sz w:val="20"/>
        </w:rPr>
        <w:t>Kavram veya ilişkiyi ayırt etmekte zorlanan öğrenciler için görsel kartlar, yarı tamamlanmış tablo/şema, kısa yönerge ve öğretmen modellemesi kullanılır. Öğrencinin yazılı ürün yerine çizim, etiketleme ya da sözlü açıklama seçeneği kullanmasına imkân verilir.</w:t>
      </w:r>
    </w:p>
    <w:p>
      <w:pPr>
        <w:spacing w:after="12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Zenginleştirme: </w:t>
      </w:r>
      <w:r>
        <w:rPr>
          <w:rFonts w:ascii="Times New Roman" w:hAnsi="Times New Roman"/>
          <w:b w:val="0"/>
          <w:color w:val="000000"/>
          <w:sz w:val="20"/>
        </w:rPr>
        <w:t>Hazır etkinliği tamamlayan öğrencilerden güneş ve ay tutulmaları ile ilgili yeni bir günlük yaşam örneği geliştirmeleri, örneğin hangi kanıt ya da gözlemle desteklendiğini açıklamaları istenir.</w:t>
      </w:r>
    </w:p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Ölçme ve Değerlendirme</w:t>
      </w:r>
    </w:p>
    <w:p>
      <w:pPr>
        <w:spacing w:after="8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Değerlendirme yaklaşımı: </w:t>
      </w:r>
      <w:r>
        <w:rPr>
          <w:rFonts w:ascii="Times New Roman" w:hAnsi="Times New Roman"/>
          <w:b w:val="0"/>
          <w:color w:val="000000"/>
          <w:sz w:val="20"/>
        </w:rPr>
        <w:t>Değerlendirme; süreç içi gözlem, çalışma kâğıdı, öğrenci ürünü, akran/öz değerlendirme ve çıkış bileti birlikte kullanılarak yürütülür. Öğrencinin yalnızca sonucu değil, kanıtı kullanma, gerekçelendirme ve geri bildirimden yararlanma biçimi de dikkate alınır.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6236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D6E4EF" w:val="clear"/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Gözlenecek Öğrenme Kanıtı</w:t>
            </w:r>
          </w:p>
        </w:tc>
        <w:tc>
          <w:tcPr>
            <w:tcW w:type="dxa" w:w="1644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D6E4EF" w:val="clear"/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Gözlendi</w:t>
            </w:r>
          </w:p>
        </w:tc>
        <w:tc>
          <w:tcPr>
            <w:tcW w:type="dxa" w:w="170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  <w:shd w:fill="D6E4EF" w:val="clear"/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Desteğe İhtiyaç Var</w:t>
            </w:r>
          </w:p>
        </w:tc>
      </w:tr>
      <w:tr>
        <w:tc>
          <w:tcPr>
            <w:tcW w:type="dxa" w:w="6236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Güneş ve Ay tutulması ile ilgili bilimsel çıkarım yapabilme; FB.6.1.4. Güneş ve Ay tutulması ile ilgili bilimsel model oluşturabilme.</w:t>
            </w:r>
          </w:p>
        </w:tc>
        <w:tc>
          <w:tcPr>
            <w:tcW w:type="dxa" w:w="1644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□</w:t>
            </w:r>
          </w:p>
        </w:tc>
        <w:tc>
          <w:tcPr>
            <w:tcW w:type="dxa" w:w="170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□</w:t>
            </w:r>
          </w:p>
        </w:tc>
      </w:tr>
      <w:tr>
        <w:tc>
          <w:tcPr>
            <w:tcW w:type="dxa" w:w="6236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Etkinlikte kullanılan bilgi, veri veya model ile sonucunu ilişkilendirir.</w:t>
            </w:r>
          </w:p>
        </w:tc>
        <w:tc>
          <w:tcPr>
            <w:tcW w:type="dxa" w:w="1644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□</w:t>
            </w:r>
          </w:p>
        </w:tc>
        <w:tc>
          <w:tcPr>
            <w:tcW w:type="dxa" w:w="170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□</w:t>
            </w:r>
          </w:p>
        </w:tc>
      </w:tr>
      <w:tr>
        <w:tc>
          <w:tcPr>
            <w:tcW w:type="dxa" w:w="6236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Grup çalışmasında görev alır, materyali ve arkadaşlarının söz hakkını gözetir.</w:t>
            </w:r>
          </w:p>
        </w:tc>
        <w:tc>
          <w:tcPr>
            <w:tcW w:type="dxa" w:w="1644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□</w:t>
            </w:r>
          </w:p>
        </w:tc>
        <w:tc>
          <w:tcPr>
            <w:tcW w:type="dxa" w:w="170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□</w:t>
            </w:r>
          </w:p>
        </w:tc>
      </w:tr>
      <w:tr>
        <w:tc>
          <w:tcPr>
            <w:tcW w:type="dxa" w:w="6236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left"/>
            </w:pPr>
            <w:r>
              <w:rPr>
                <w:rFonts w:ascii="Times New Roman" w:hAnsi="Times New Roman"/>
                <w:b w:val="0"/>
                <w:color w:val="000000"/>
                <w:sz w:val="18"/>
              </w:rPr>
              <w:t>Geri bildirimden yararlanarak ürününde en az bir iyileştirme yapar.</w:t>
            </w:r>
          </w:p>
        </w:tc>
        <w:tc>
          <w:tcPr>
            <w:tcW w:type="dxa" w:w="1644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□</w:t>
            </w:r>
          </w:p>
        </w:tc>
        <w:tc>
          <w:tcPr>
            <w:tcW w:type="dxa" w:w="1701"/>
            <w:vAlign w:val="center"/>
            <w:tcBorders>
              <w:top w:val="single" w:sz="6" w:color="B7C3CE"/>
              <w:left w:val="single" w:sz="6" w:color="B7C3CE"/>
              <w:bottom w:val="single" w:sz="6" w:color="B7C3CE"/>
              <w:right w:val="single" w:sz="6" w:color="B7C3CE"/>
            </w:tcBorders>
          </w:tcPr>
          <w:p>
            <w:pPr>
              <w:spacing w:after="0" w:before="0" w:line="240" w:lineRule="auto"/>
              <w:jc w:val="center"/>
            </w:pPr>
            <w:r>
              <w:rPr>
                <w:rFonts w:ascii="Times New Roman" w:hAnsi="Times New Roman"/>
                <w:b w:val="0"/>
                <w:color w:val="000000"/>
                <w:sz w:val="22"/>
              </w:rPr>
              <w:t>□</w:t>
            </w:r>
          </w:p>
        </w:tc>
      </w:tr>
    </w:tbl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Sınıf Defterine Yazılacak İfade</w:t>
      </w:r>
    </w:p>
    <w:p>
      <w:pPr>
        <w:spacing w:after="100" w:line="264" w:lineRule="auto"/>
        <w:ind w:firstLine="255"/>
      </w:pPr>
      <w:r>
        <w:rPr>
          <w:rFonts w:ascii="Times New Roman" w:hAnsi="Times New Roman"/>
          <w:b/>
          <w:color w:val="000000"/>
          <w:sz w:val="20"/>
        </w:rPr>
        <w:t xml:space="preserve">Defter kaydı: </w:t>
      </w:r>
      <w:r>
        <w:rPr>
          <w:rFonts w:ascii="Times New Roman" w:hAnsi="Times New Roman"/>
          <w:b w:val="0"/>
          <w:color w:val="000000"/>
          <w:sz w:val="20"/>
        </w:rPr>
        <w:t>FB.6.1.3 ve FB.6.1.4. Güneş ve Ay tutulmaları karşılaştırıldı; konum ilişkilerini gösteren bilimsel model oluşturuldu ve geliştirildi.</w:t>
      </w:r>
    </w:p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Öğretmen Yansıtması ve Sonraki Haftaya Hazırlık</w:t>
      </w:r>
    </w:p>
    <w:p>
      <w:pPr>
        <w:spacing w:after="120"/>
        <w:ind w:firstLine="0"/>
      </w:pPr>
      <w:r>
        <w:rPr>
          <w:rFonts w:ascii="Times New Roman" w:hAnsi="Times New Roman"/>
          <w:b w:val="0"/>
          <w:color w:val="000000"/>
          <w:sz w:val="20"/>
        </w:rPr>
        <w:t>Öğrencilerin en çok zorlandığı kavram veya ilişki: ........................................................................................................................................</w:t>
      </w:r>
    </w:p>
    <w:p>
      <w:pPr>
        <w:spacing w:after="120"/>
        <w:ind w:firstLine="0"/>
      </w:pPr>
      <w:r>
        <w:rPr>
          <w:rFonts w:ascii="Times New Roman" w:hAnsi="Times New Roman"/>
          <w:b w:val="0"/>
          <w:color w:val="000000"/>
          <w:sz w:val="20"/>
        </w:rPr>
        <w:t>Bir sonraki uygulamada korunacak ya da değiştirilecek öğretim adımı: ..................................................................................................................</w:t>
      </w:r>
    </w:p>
    <w:p>
      <w:pPr>
        <w:spacing w:after="120"/>
        <w:ind w:firstLine="0"/>
      </w:pPr>
      <w:r>
        <w:rPr>
          <w:rFonts w:ascii="Times New Roman" w:hAnsi="Times New Roman"/>
          <w:b w:val="0"/>
          <w:color w:val="000000"/>
          <w:sz w:val="20"/>
        </w:rPr>
        <w:t>Destekleme veya zenginleştirme ihtiyacı görülen öğrenci grubu / çalışma: .............................................................................................................</w:t>
      </w:r>
    </w:p>
    <w:p>
      <w:pPr>
        <w:pStyle w:val="Heading1"/>
        <w:keepNext/>
      </w:pPr>
      <w:r>
        <w:rPr>
          <w:rFonts w:ascii="Times New Roman" w:hAnsi="Times New Roman"/>
          <w:b/>
          <w:color w:val="000000"/>
          <w:sz w:val="22"/>
        </w:rPr>
        <w:t>İmza</w:t>
      </w:r>
    </w:p>
    <w:p>
      <w:pPr>
        <w:spacing w:before="180" w:after="0"/>
        <w:jc w:val="center"/>
      </w:pPr>
      <w:r>
        <w:rPr>
          <w:rFonts w:ascii="Times New Roman" w:hAnsi="Times New Roman"/>
          <w:b w:val="0"/>
          <w:color w:val="000000"/>
          <w:sz w:val="20"/>
        </w:rPr>
        <w:t>28 Eylül 2026</w:t>
      </w:r>
    </w:p>
    <w:p>
      <w:pPr>
        <w:spacing w:before="0" w:after="0"/>
        <w:jc w:val="center"/>
      </w:pPr>
      <w:r>
        <w:rPr>
          <w:rFonts w:ascii="Times New Roman" w:hAnsi="Times New Roman"/>
          <w:b/>
          <w:color w:val="000000"/>
          <w:sz w:val="20"/>
        </w:rPr>
        <w:t>Ders Öğretmeni</w:t>
      </w:r>
    </w:p>
    <w:p>
      <w:pPr>
        <w:spacing w:before="0" w:after="0"/>
        <w:jc w:val="center"/>
      </w:pPr>
      <w:r>
        <w:rPr>
          <w:rFonts w:ascii="Times New Roman" w:hAnsi="Times New Roman"/>
          <w:b w:val="0"/>
          <w:color w:val="000000"/>
          <w:sz w:val="20"/>
        </w:rPr>
        <w:t>........................................................</w:t>
      </w:r>
    </w:p>
    <w:p>
      <w:pPr>
        <w:spacing w:before="0" w:after="0"/>
        <w:jc w:val="center"/>
      </w:pPr>
      <w:r>
        <w:rPr>
          <w:rFonts w:ascii="Times New Roman" w:hAnsi="Times New Roman"/>
          <w:b w:val="0"/>
          <w:color w:val="000000"/>
          <w:sz w:val="20"/>
        </w:rPr>
        <w:t>İmza</w:t>
      </w:r>
    </w:p>
    <w:sectPr w:rsidR="00FC693F" w:rsidRPr="0006063C" w:rsidSect="00034616">
      <w:pgSz w:w="11906" w:h="16838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64" w:lineRule="auto"/>
      <w:ind w:firstLine="255"/>
      <w:jc w:val="both"/>
    </w:pPr>
    <w:rPr>
      <w:rFonts w:ascii="Times New Roman" w:hAnsi="Times New Roman"/>
      <w:color w:val="000000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 w:line="264" w:lineRule="auto"/>
      <w:ind w:firstLine="0"/>
      <w:jc w:val="left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80" w:line="264" w:lineRule="auto"/>
      <w:ind w:firstLine="0"/>
      <w:jc w:val="left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64" w:lineRule="auto"/>
      <w:ind w:firstLine="0"/>
      <w:contextualSpacing/>
      <w:jc w:val="center"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tage">
    <w:name w:val="Stage"/>
    <w:basedOn w:val="Normal"/>
    <w:pPr>
      <w:spacing w:before="120" w:after="40"/>
      <w:ind w:firstLine="0"/>
    </w:pPr>
    <w:rPr>
      <w:rFonts w:ascii="Times New Roman" w:hAnsi="Times New Roman"/>
      <w:b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2026-2027 6. Sınıf Fen Bilimleri 3. Hafta Ders Planı</dc:title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