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FEN BİLİMLERİ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6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5.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12-16 Ekim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12 Ekim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Kuvvetin Etkisinde Hareket</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Bileşke Kuvvet</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FB.6.2.2. Dengelenmiş ve dengelenmemiş kuvvetlerin etkisi altındaki bir cismin hareketine yönelik deney yapabilme.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Hipotez geliştirme, deney düzeneği tasarlama, ölçme-veri analizi yapma ve sonuç çıkarma.</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Deney yapma, veri okuryazarlığı, öz düzenleme, iletişim ve iş birliği.</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Çalışkanlık, sorumluluk, yardımseverlik, merak ve sistematiklik.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aynı doğrultudaki kuvvetlerden bileşke kuvvet oluşturabildiği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“Bileşke kuvvet sıfır olduğunda cisim nasıl davranır; bunu güvenli bir deneyle nasıl sınarız?”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Günlük hayatta duran ya da hareketi değişen cisimlerin bileşke kuvvet ile ilişkisi sorgulanır.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Oyuncak araç veya tahta blok, ip, dinamometre, kütleler, ölçüm şeridi, deney veri tablosu, V diyagramı şablonu.</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İpler çekiştirilmez, küçük hareket alanı belirlenir; ağırlıklar ve dinamometre ölçüm sınırı aşılmaz.</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“Bileşke kuvvet sıfır olduğunda cisim nasıl davranır; bunu güvenli bir deneyle nasıl sınarız?”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Dengelenmiş-dengelenmemiş kuvvetlere yönelik hipotez kurma, deney düzeneği tasarlama ve veri analizi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bileşke kuvvet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i̇pler çekiştirilmez, küçük hareket alanı belirlenir; ağırlıklar ve dinamometre ölçüm sınırı aşılmaz.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dengelenmiş ve dengelenmemiş kuvvetin hareket üzerindeki etkisini karşılaştıran deney raporu veya v diyagramı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Deney planı, veri tablosu, hipotez-sonuç karşılaştırması.</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dengelenmiş ve dengelenmemiş kuvvetin hareket üzerindeki etkisini karşılaştıran deney raporu veya v diyagramı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bileşke kuvvet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Dengelenmiş ve dengelenmemiş kuvvetlerin etkisi altındaki bir cismin hareketine yönelik deney yapabilme.</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FB.6.2.2. Dengelenmiş ve dengelenmemiş kuvvetlerin hareket üzerindeki etkisine yönelik deney tasarlandı, veriler analiz edilerek sonuç çıkarıldı.</w:t>
      </w:r>
    </w:p>
    <w:p>
      <w:pPr>
        <w:pStyle w:val="Heading1"/>
        <w:keepNext/>
      </w:pPr>
      <w:r>
        <w:rPr>
          <w:rFonts w:ascii="Times New Roman" w:hAnsi="Times New Roman"/>
          <w:b/>
          <w:color w:val="000000"/>
          <w:sz w:val="22"/>
        </w:rPr>
        <w:t>Öğretmen Yansıtması ve Sonraki Haftaya Hazırlık</w:t>
      </w:r>
    </w:p>
    <w:p>
      <w:pPr>
        <w:spacing w:after="120"/>
        <w:ind w:firstLine="0"/>
      </w:pPr>
      <w:r>
        <w:rPr>
          <w:rFonts w:ascii="Times New Roman" w:hAnsi="Times New Roman"/>
          <w:b w:val="0"/>
          <w:color w:val="000000"/>
          <w:sz w:val="20"/>
        </w:rPr>
        <w:t>Öğrencilerin en çok zorlandığı kavram veya ilişki: ........................................................................................................................................</w:t>
      </w:r>
    </w:p>
    <w:p>
      <w:pPr>
        <w:spacing w:after="120"/>
        <w:ind w:firstLine="0"/>
      </w:pPr>
      <w:r>
        <w:rPr>
          <w:rFonts w:ascii="Times New Roman" w:hAnsi="Times New Roman"/>
          <w:b w:val="0"/>
          <w:color w:val="000000"/>
          <w:sz w:val="20"/>
        </w:rPr>
        <w:t>Bir sonraki uygulamada korunacak ya da değiştirilecek öğretim adımı: ..................................................................................................................</w:t>
      </w:r>
    </w:p>
    <w:p>
      <w:pPr>
        <w:spacing w:after="120"/>
        <w:ind w:firstLine="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12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Fen Bilimleri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