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6. SINIF FEN BİLİMLERİ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6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6.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19-23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19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Kuvvetin Etkisinde Hareket</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Sabit Süratli ve Sabit Hızlı Hareket</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FB.6.2.3. Sürat ve hız kavramlarını karşılaştırabilme.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Sürat-hız özelliklerini belirleme, benzerlikleri ve farklılıkları listeleme; alınan yol-yer değiştirme-zaman ilişkisini yorumlama.</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Karşılaştırma, görsel ve bilgi okuryazarlığı, eleştirel düşünme ve iletişim.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Merak, soru sorma, bağımsızlık, sorumluluk ve çalışkanlık.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kuvvetin hareket üzerindeki etkisi ve yön-doğrultu kavramları hakkında bilgi sahibi olduğu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“Aynı sürede farklı güzergâh izleyen iki kişi için sürat ve hız aynı anlamı taşır mı?”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Günlük dilde kullanılan hız ifadeleri ile bilimsel sürat-hız kavramları arasındaki fark, yolculuk örnekleriyle düşünülür.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Hareket yolu şeritleri, konum kartları, kronometre görselleri, alınan yol-yer değiştirme tablosu, kısa video veya animasyon, çalışma kâğıdı.</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Hareket canlandırmaları sınıf içinde kısa mesafelerde ve itişme olmadan yapılır; grafik okuma ve birim dönüştürme çalışması yapılmaz.</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“Aynı sürede farklı güzergâh izleyen iki kişi için sürat ve hız aynı anlamı taşır mı?”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Hareket örneklerini matris tabloda inceleme, alınan yol-yer değiştirme karşılaştırması ve kavram kartları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sabit süratli ve sabit hızlı hareket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hareket canlandırmaları sınıf içinde kısa mesafelerde ve itişme olmadan yapılır; grafik okuma ve birim dönüştürme çalışması yapılmaz.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sürat ve hızın benzerlik-farklılıklarını, km/h ve m/s birimlerini kullanan karşılaştırma tablosu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hareket senaryosu çözümü ve kısa cevaplı değerlendirme.</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sürat ve hızın benzerlik-farklılıklarını, km/h ve m/s birimlerini kullanan karşılaştırma tablosu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sabit süratli ve sabit hızlı hareket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Sürat ve hız kavramlarını karşılaştırabilme.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FB.6.2.3. Sürat ve hız kavramları; alınan yol, yer değiştirme ve zamanla ilişkilendirilerek karşılaştırıldı.</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6. Sınıf Fen Bilimleri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