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6. SINIF MATEMATİK DERS PLANI</w:t>
      </w:r>
    </w:p>
    <w:p>
      <w:pPr>
        <w:pStyle w:val="Title"/>
        <w:spacing w:after="180"/>
      </w:pPr>
      <w:r>
        <w:rPr>
          <w:rFonts w:ascii="Times New Roman" w:hAnsi="Times New Roman"/>
          <w:b/>
          <w:color w:val="000000"/>
          <w:sz w:val="24"/>
        </w:rPr>
        <w:t>2.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Matematik</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6 / ............</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 Hafta</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21-25 Eylül 2026</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5 ders saati</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21 Eylül 2026 Pazartesi</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Kullanılan Ders Kitabı / Sayfa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Ders Planı</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Tema / Ünite</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Sayılar ve Nicelikler 1</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İçerik Çerçevesi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Bölünebilme Kriterleri</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MAT.6.1.2. Bir doğal sayının 2, 3, 4, 5, 6, 9 ve 10 ile tam bölünebilme kriterlerine ilişkin çıkarım yapabilme.</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Katları ve basamak değerlerini inceleyerek bölünebilme kriterlerine yönelik varsayım kurma, örüntüyü sınama ve sonuçları genelleme.</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Seçilen Beceriler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Muhakeme, matematiksel temsil, iletişim, problem çözme, dijital ve görsel okuryazarlık.</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Değerler ve Eğilimler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Çalışkanlık, sorumluluk, estetik, iş birliği ve açık fikirlilik.</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çarpan-kat ilişkisini ve basamak değerini kullanabildiği kabul edilir.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“Bir sayıyı bölme işlemi yapmadan hangi sayıların tam böldüğünü nasıl tahmin edebiliriz?” sorusu yöneltilir. Cevaplar not vermek için değil, ders sürecinde verilecek desteği belirlemek için kısa gözlem notlarıyla takip edilir.</w:t>
      </w:r>
    </w:p>
    <w:p>
      <w:pPr>
        <w:spacing w:after="120" w:line="264" w:lineRule="auto"/>
        <w:ind w:firstLine="255"/>
      </w:pPr>
      <w:r>
        <w:rPr>
          <w:rFonts w:ascii="Times New Roman" w:hAnsi="Times New Roman"/>
          <w:b/>
          <w:color w:val="000000"/>
          <w:sz w:val="20"/>
        </w:rPr>
        <w:t xml:space="preserve">Köprü kurma: </w:t>
      </w:r>
      <w:r>
        <w:rPr>
          <w:rFonts w:ascii="Times New Roman" w:hAnsi="Times New Roman"/>
          <w:b w:val="0"/>
          <w:color w:val="000000"/>
          <w:sz w:val="20"/>
        </w:rPr>
        <w:t>Farklı sayılardan oluşan listelerde işlemi tek tek yapmadan hızlı karar vermenin hangi matematiksel ipuçlarıyla mümkün olduğu sorgulanır.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Basamak değeri kartları, yüzlük tablo, sayı şeritleri, çalışma kâğıdı, hesap makinesi kontrolü ve akıllı tahta.</w:t>
      </w:r>
    </w:p>
    <w:p>
      <w:pPr>
        <w:spacing w:after="140" w:line="264" w:lineRule="auto"/>
        <w:ind w:firstLine="255"/>
      </w:pPr>
      <w:r>
        <w:rPr>
          <w:rFonts w:ascii="Times New Roman" w:hAnsi="Times New Roman"/>
          <w:b/>
          <w:color w:val="000000"/>
          <w:sz w:val="20"/>
        </w:rPr>
        <w:t xml:space="preserve">Kaynak ve güvenlik: </w:t>
      </w:r>
      <w:r>
        <w:rPr>
          <w:rFonts w:ascii="Times New Roman" w:hAnsi="Times New Roman"/>
          <w:b w:val="0"/>
          <w:color w:val="000000"/>
          <w:sz w:val="20"/>
        </w:rPr>
        <w:t>Matematiksel araçlar amaçlarına uygun, dikkatli ve ortak kullanım kurallarına uygun biçimde kullanılır. Dijital içerik ve görseller öğretmen rehberliğinde, dersin öğrenme çıktısıyla ilişki kuracak şekilde seçilir.</w:t>
      </w:r>
    </w:p>
    <w:p>
      <w:pPr>
        <w:pStyle w:val="Heading1"/>
        <w:keepNext/>
      </w:pPr>
      <w:r>
        <w:rPr>
          <w:rFonts w:ascii="Times New Roman" w:hAnsi="Times New Roman"/>
          <w:b/>
          <w:color w:val="000000"/>
          <w:sz w:val="22"/>
        </w:rPr>
        <w:t>Öğrenme Öğretme Süreci</w:t>
      </w:r>
    </w:p>
    <w:p>
      <w:pPr>
        <w:spacing w:after="12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süreler 5 ders saati esas alınarak hazırlanmıştır. Okulun ders çizelgesi, resmî tatiller, okul temelli planlama ve sınıfın hazırbulunuşluk düzeyine göre uygulama süresi yeniden düzenlenebilir.</w:t>
      </w:r>
    </w:p>
    <w:p>
      <w:pPr>
        <w:pStyle w:val="Heading2"/>
        <w:keepNext/>
      </w:pPr>
      <w:r>
        <w:rPr>
          <w:rFonts w:ascii="Times New Roman" w:hAnsi="Times New Roman"/>
          <w:b/>
          <w:color w:val="000000"/>
          <w:sz w:val="21"/>
        </w:rPr>
        <w:t>Birinci Ders Saati</w:t>
      </w:r>
    </w:p>
    <w:p>
      <w:pPr>
        <w:pStyle w:val="Stage"/>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 sayıyı bölme işlemi yapmadan hangi sayıların tam böldüğünü nasıl tahmin edebiliriz?” sorusunu yöneltir. Öğrencilerin ilk düşüncelerini not vermek için değil, kullanılacak örnekleri ve desteği belirlemek için toplar.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tahminini yazar veya sözlü paylaşır; bildiği ile araştırması gereken noktayı ayırır.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ve öğretmen gözlem notu.</w:t>
      </w:r>
    </w:p>
    <w:p>
      <w:pPr>
        <w:pStyle w:val="Stage"/>
      </w:pPr>
      <w:r>
        <w:rPr>
          <w:rFonts w:ascii="Times New Roman" w:hAnsi="Times New Roman"/>
          <w:b/>
          <w:color w:val="000000"/>
          <w:sz w:val="20"/>
        </w:rPr>
        <w:t>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basamak değeri ve kat listelerini karşılaştırma, kural üretme ve örnekle doğrulama sürecinde gerekli araçları tanıtır ve öğrencilerin işlem basamaklarını gerekçelendirmesine rehberlik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bölünebilme kriterleri ile ilgili çizim, ölçme, sınıflandırma veya sayı çalışmasını yaparak bulgusunu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Çalışma kâğıdındaki bulgular ve doğru araç kullanımı.</w:t>
      </w:r>
    </w:p>
    <w:p>
      <w:pPr>
        <w:pStyle w:val="Stage"/>
      </w:pPr>
      <w:r>
        <w:rPr>
          <w:rFonts w:ascii="Times New Roman" w:hAnsi="Times New Roman"/>
          <w:b/>
          <w:color w:val="000000"/>
          <w:sz w:val="20"/>
        </w:rPr>
        <w:t>Kısa değerlendirme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ya da üç öğrenci ürününü anonim biçimde inceler; benzer çözümleri ve açıklama gerektiren noktaları görünür hâle getirir.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paylaşır, arkadaşının açıklamasına kanıt veya gerekçe 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Sözlü gerekçelendirme ve kısa yansıtma notu.</w:t>
      </w:r>
    </w:p>
    <w:p>
      <w:pPr>
        <w:pStyle w:val="Heading2"/>
        <w:keepNext/>
      </w:pPr>
      <w:r>
        <w:rPr>
          <w:rFonts w:ascii="Times New Roman" w:hAnsi="Times New Roman"/>
          <w:b/>
          <w:color w:val="000000"/>
          <w:sz w:val="21"/>
        </w:rPr>
        <w:t>İkinci Ders Saati</w:t>
      </w:r>
    </w:p>
    <w:p>
      <w:pPr>
        <w:pStyle w:val="Stage"/>
      </w:pPr>
      <w:r>
        <w:rPr>
          <w:rFonts w:ascii="Times New Roman" w:hAnsi="Times New Roman"/>
          <w:b/>
          <w:color w:val="000000"/>
          <w:sz w:val="20"/>
        </w:rPr>
        <w:t>Uygulama hazırlığı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çalışmanın adımlarını ve araçların güvenli kullanımını açıklar. Farklı sayılardan oluşan listelerde işlemi tek tek yapmadan hızlı karar vermenin hangi matematiksel ipuçlarıyla mümkün olduğu sorgulanır. bağlantısını kuracak sorular yöneltir.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 paylaşımı yapar ve hangi ölçüm, çizim veya örüntüyü takip edeceğini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planlanmış çalışma adımı.</w:t>
      </w:r>
    </w:p>
    <w:p>
      <w:pPr>
        <w:pStyle w:val="Stage"/>
      </w:pPr>
      <w:r>
        <w:rPr>
          <w:rFonts w:ascii="Times New Roman" w:hAnsi="Times New Roman"/>
          <w:b/>
          <w:color w:val="000000"/>
          <w:sz w:val="20"/>
        </w:rPr>
        <w:t>Uygulama ve kayıt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bölünebilme kontrol çizelgesi, kural kartı ve karşı örnek açıklaması oluşturmaları sırasında öğrencilerin işlem sonucu ile gerekçesini ayırmasına yardımcı olur.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çizim, ölçüm, tablo veya sayı örneğini oluşturur; sonucu kontrol eder ve gerekli düzeltmeyi yapar.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Bölünebilme kontrol çizelgesi, kural kartı ve karşı örnek açıklaması</w:t>
      </w:r>
    </w:p>
    <w:p>
      <w:pPr>
        <w:pStyle w:val="Stage"/>
      </w:pPr>
      <w:r>
        <w:rPr>
          <w:rFonts w:ascii="Times New Roman" w:hAnsi="Times New Roman"/>
          <w:b/>
          <w:color w:val="000000"/>
          <w:sz w:val="20"/>
        </w:rPr>
        <w:t>Geri bildirim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ürünleri belirlenen ölçütlerle karşılaştırır; eksik veya hatalı ilişkide öğrenciyi kendi işlem basamaklarına döndürerek düzeltmeye yönlendirir.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ürünündeki bir güçlü yönü ve bir geliştirme noktasını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Geri bildirim sonrası düzeltilmiş öğrenci ürünü.</w:t>
      </w:r>
    </w:p>
    <w:p>
      <w:pPr>
        <w:pStyle w:val="Heading2"/>
        <w:keepNext/>
      </w:pPr>
      <w:r>
        <w:rPr>
          <w:rFonts w:ascii="Times New Roman" w:hAnsi="Times New Roman"/>
          <w:b/>
          <w:color w:val="000000"/>
          <w:sz w:val="21"/>
        </w:rPr>
        <w:t>Üçüncü Ders Saati</w:t>
      </w:r>
    </w:p>
    <w:p>
      <w:pPr>
        <w:pStyle w:val="Stage"/>
      </w:pPr>
      <w:r>
        <w:rPr>
          <w:rFonts w:ascii="Times New Roman" w:hAnsi="Times New Roman"/>
          <w:b/>
          <w:color w:val="000000"/>
          <w:sz w:val="20"/>
        </w:rPr>
        <w:t>Bulguyu açıklama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sınıfta ortak tablo veya kavram haritası oluşturur. Sonucun hangi çizim, ölçüm veya örüntüden çıkarıldığını açıklatır.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ortak tabloya ekler; başka grubun bulgusuyla benzerlik ve farklılıkları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Kanıtla uyumlu açıklama.</w:t>
      </w:r>
    </w:p>
    <w:p>
      <w:pPr>
        <w:pStyle w:val="Stage"/>
      </w:pPr>
      <w:r>
        <w:rPr>
          <w:rFonts w:ascii="Times New Roman" w:hAnsi="Times New Roman"/>
          <w:b/>
          <w:color w:val="000000"/>
          <w:sz w:val="20"/>
        </w:rPr>
        <w:t>Ürün oluşturma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bölünebilme kontrol çizelgesi, kural kartı ve karşı örnek açıklaması tamamlamalarını ister; matematiksel gösterimin doğruluğu ve açıklamanın anlaşılır olması ölçütlerini hatırlatır.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veya grup ürününü hazırlar; gerektiğinde çizim, etiketleme ve sözlü açıklama kullanır.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Öğrenci ürünü ve akran/öz değerlendirme.</w:t>
      </w:r>
    </w:p>
    <w:p>
      <w:pPr>
        <w:pStyle w:val="Stage"/>
      </w:pPr>
      <w:r>
        <w:rPr>
          <w:rFonts w:ascii="Times New Roman" w:hAnsi="Times New Roman"/>
          <w:b/>
          <w:color w:val="000000"/>
          <w:sz w:val="20"/>
        </w:rPr>
        <w:t>Paylaşım ve transfer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kavramın günlük yaşamda veya yeni bir matematiksel durumda nasıl kullanılabileceğini sorar.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 kısa sunar ve kullandığı ilişkiyi yeni bir örnekle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transfer yanıtı.</w:t>
      </w:r>
    </w:p>
    <w:p>
      <w:pPr>
        <w:pStyle w:val="Heading2"/>
        <w:keepNext/>
      </w:pPr>
      <w:r>
        <w:rPr>
          <w:rFonts w:ascii="Times New Roman" w:hAnsi="Times New Roman"/>
          <w:b/>
          <w:color w:val="000000"/>
          <w:sz w:val="21"/>
        </w:rPr>
        <w:t>Dördüncü Ders Saati</w:t>
      </w:r>
    </w:p>
    <w:p>
      <w:pPr>
        <w:pStyle w:val="Stage"/>
      </w:pPr>
      <w:r>
        <w:rPr>
          <w:rFonts w:ascii="Times New Roman" w:hAnsi="Times New Roman"/>
          <w:b/>
          <w:color w:val="000000"/>
          <w:sz w:val="20"/>
        </w:rPr>
        <w:t>Pekiştirme (12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yapılandırılmış kısa soru, şema tamamlama veya eşleştirme etkinliği uygular.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etkinliği bireysel tamamlar; bir çözüm yolunu arkadaşına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pekiştirme etkinliği.</w:t>
      </w:r>
    </w:p>
    <w:p>
      <w:pPr>
        <w:pStyle w:val="Stage"/>
      </w:pPr>
      <w:r>
        <w:rPr>
          <w:rFonts w:ascii="Times New Roman" w:hAnsi="Times New Roman"/>
          <w:b/>
          <w:color w:val="000000"/>
          <w:sz w:val="20"/>
        </w:rPr>
        <w:t>Farklılaştırılmış çalışma (18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duyanlar için daha somut model ve yarı tamamlanmış şema; hızlı ilerleyenler için yeni durum üzerinde gerekçelendirme görevi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ihtiyacına uygun görevi seçer ve aldığı dönütle ürününü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görevin tamamlanması.</w:t>
      </w:r>
    </w:p>
    <w:p>
      <w:pPr>
        <w:pStyle w:val="Stage"/>
      </w:pPr>
      <w:r>
        <w:rPr>
          <w:rFonts w:ascii="Times New Roman" w:hAnsi="Times New Roman"/>
          <w:b/>
          <w:color w:val="000000"/>
          <w:sz w:val="20"/>
        </w:rPr>
        <w:t>Çıkış bileti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 öğrendiğim ilişki...”, “Bunu gösteren kanıt...” ve “Bir sonraki derste merak ettiğim...” cümlelerini verir.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çıkış biletini tamamlar ve gerekli desteği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sonraki haftaya ilişkin yansıtma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Kavramı veya işlem basamağını ayırt etmekte zorlanan öğrenciler için somut materyal, yarı tamamlanmış çizim/tablo, kısa yönerge ve öğretmen modellemesi kullanılır. Öğrenci öğrenmesini çizim, etiketleme ya da sözlü açıklama yoluyla da gösterebilir.</w:t>
      </w:r>
    </w:p>
    <w:p>
      <w:pPr>
        <w:spacing w:after="12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bölünebilme kriterleri ile ilgili yeni bir örnek tasarlamaları, kullandıkları matematiksel ilişkiyi ve gerekçesini açıklamaları istenir.</w:t>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akran/öz değerlendirme ve çıkış bileti birlikte kullanılır. Öğrencinin yalnızca sonucu değil, matematiksel temsilini, gerekçelendirmesini ve geri bildirimden yararlanma biçimi de değerlendirilir.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Bir doğal sayının 2, 3, 4, 5, 6, 9 ve 10 ile tam bölünebilme kriterlerine ilişkin çıkarım yapabilme.</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Çizim, ölçüm, tablo veya temsilini doğru matematiksel gösterimle ilişkilendirir.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Çözümünün veya çıkarımının gerekçesini açıklar.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Geri bildirimden yararlanarak ürününde en az bir iyileştirme yapar.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10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Bölünebilme kriterleri basamak değeri ve katlar arasındaki ilişkilerden yararlanılarak çıkarıldı.</w:t>
      </w:r>
    </w:p>
    <w:p>
      <w:pPr>
        <w:pStyle w:val="Heading1"/>
        <w:keepNext/>
      </w:pPr>
      <w:r>
        <w:rPr>
          <w:rFonts w:ascii="Times New Roman" w:hAnsi="Times New Roman"/>
          <w:b/>
          <w:color w:val="000000"/>
          <w:sz w:val="22"/>
        </w:rPr>
        <w:t>Öğretmen Yansıtması ve Sonraki Haftaya Hazırlık</w:t>
      </w:r>
    </w:p>
    <w:p>
      <w:pPr>
        <w:spacing w:after="120"/>
      </w:pPr>
      <w:r>
        <w:rPr>
          <w:rFonts w:ascii="Times New Roman" w:hAnsi="Times New Roman"/>
          <w:b w:val="0"/>
          <w:color w:val="000000"/>
          <w:sz w:val="20"/>
        </w:rPr>
        <w:t>Öğrencilerin en çok zorlandığı kavram veya ilişki: ........................................................................................................................................</w:t>
      </w:r>
    </w:p>
    <w:p>
      <w:pPr>
        <w:spacing w:after="120"/>
      </w:pPr>
      <w:r>
        <w:rPr>
          <w:rFonts w:ascii="Times New Roman" w:hAnsi="Times New Roman"/>
          <w:b w:val="0"/>
          <w:color w:val="000000"/>
          <w:sz w:val="20"/>
        </w:rPr>
        <w:t>Bir sonraki uygulamada korunacak ya da değiştirilecek öğretim adımı: ..................................................................................................................</w:t>
      </w:r>
    </w:p>
    <w:p>
      <w:pPr>
        <w:spacing w:after="120"/>
      </w:pPr>
      <w:r>
        <w:rPr>
          <w:rFonts w:ascii="Times New Roman" w:hAnsi="Times New Roman"/>
          <w:b w:val="0"/>
          <w:color w:val="000000"/>
          <w:sz w:val="20"/>
        </w:rPr>
        <w:t>Destekleme veya zenginleştirme ihtiyacı görülen öğrenci grubu / çalışma: .............................................................................................................</w:t>
      </w:r>
    </w:p>
    <w:p>
      <w:pPr>
        <w:pStyle w:val="Heading1"/>
        <w:keepNext/>
      </w:pPr>
      <w:r>
        <w:rPr>
          <w:rFonts w:ascii="Times New Roman" w:hAnsi="Times New Roman"/>
          <w:b/>
          <w:color w:val="000000"/>
          <w:sz w:val="22"/>
        </w:rPr>
        <w:t>İmza</w:t>
      </w:r>
    </w:p>
    <w:p>
      <w:pPr>
        <w:spacing w:before="180" w:after="0"/>
        <w:jc w:val="center"/>
      </w:pPr>
      <w:r>
        <w:rPr>
          <w:rFonts w:ascii="Times New Roman" w:hAnsi="Times New Roman"/>
          <w:b w:val="0"/>
          <w:color w:val="000000"/>
          <w:sz w:val="20"/>
        </w:rPr>
        <w:t>21 Eylül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20" w:after="4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6. Sınıf Matematik 2.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