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6.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5-9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Veriden Olasılığa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Deneysel Olasılık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MAT.6.6.1. Bir olayın olasılığını gözleme dayalı tahmin edebilme.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Deney sonuçlarını kaydetme, tekrar sayısı ile göreli sıklık arasındaki ilişkiyi inceleme ve olasılık değerine ilişkin çıkarım yapma.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tablo okuma, sıklık belirleme ve kesirlerin temel anlamına ilişkin bilgiye sahip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deneyi daha çok tekrar ettiğimizde tahminimiz neden değişebilir veya güçlenebilir?”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Şans oyunlarından çok, tekrarlı sınıf içi deneylerde sonuçların neden değiştiği ve tekrar sayısı arttıkça gözlemin nasıl güçlendiği üzerinde durulur.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Renkli pullar, zarlar, torba, çizelge kâğıdı, hesap tablosu örneği, çalışma kâğıdı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deneyi daha çok tekrar ettiğimizde tahminimiz neden değişebilir veya güçlenebilir?”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zar ve renkli pul deneyleri, veri tablosu oluşturma, göreli sıklıkları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deneysel olasılık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Şans oyunlarından çok, tekrarlı sınıf içi deneylerde sonuçların neden değiştiği ve tekrar sayısı arttıkça gözlemin nasıl güçlendiği üzerinde durulur.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deney kayıt çizelgesi, göreli sıklık açıklaması ve tahmin gerekçesi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Deney kayıt çizelgesi, göreli sıklık açıklaması ve tahmin gerekçesi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deney kayıt çizelgesi, göreli sıklık açıklaması ve tahmin gerekçesi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deneysel olasılık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olayın olasılığını gözleme dayalı tahmin edebilme.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Deneysel olasılık, tekrarlı deneylerden elde edilen veriler ve göreli sıklık üzerinden tahmin edildi.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5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6. Sınıf Matematik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