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6. SINIF SOSYAL BİLGİLER DERS PLANI</w:t>
      </w:r>
    </w:p>
    <w:p>
      <w:pPr>
        <w:pStyle w:val="Title"/>
        <w:spacing w:after="200"/>
      </w:pPr>
      <w:r>
        <w:rPr>
          <w:rFonts w:ascii="Times New Roman" w:hAnsi="Times New Roman" w:eastAsia="Times New Roman"/>
          <w:b/>
          <w:color w:val="000000"/>
          <w:sz w:val="24"/>
        </w:rPr>
        <w:t>1.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6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14-18 Eylül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14 Eylül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Zaman İçinde Değişen Gruplar ve Roller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SB.6.1.1. Dâhil olduğu grupların ve bu gruplardaki rollerinin zaman içerisinde değişebileceğine ilişkin çıkarım yapabilme.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Dâhil olduğu gruplar ve roller hakkında varsayımda bulunur; farklı grupları ve rolleri listeler, karşılaştırır; gelecekte dâhil olabileceği gruplar ve roller hakkında önerme geliştirir; değişimi değerlendirir.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İletişim, iş birliği, sosyal farkındalık, uyum ve sorumlu karar verme.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Aile bütünlüğü, duyarlılık, sorumluluk ve vatanseverlik.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Okuryazarlık Becerileri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Bilgi, dijital, görsel ve kültür okuryazarlığı.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aile, okul, arkadaşlık, kulüp ve yaşadıkları çevre içinde birden çok gruba dâhil oldukları; ilkokuldan ortaokula geçişle birlikte rollerinde değişiklik yaşayabilecekleri kabul edilir. Kişisel veya ailevi ayrıntı paylaşımı istenmeden, günlük yaşamdan güvenli örnekler üzerinden çalışma yürütülür.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Öğrencilere “İçinde bulunduğun gruplardan hangileri zaman içinde değişti?”, “Bir öğrencinin okulda üstlendiği rol ile evde üstlendiği rol aynı mıdır?” ve “Gelecekte hangi gruba katılabilirsin?” soruları yöneltilir. Cevaplar not vermek amacıyla değil, başlangıç düzeyini belirlemek için kısa gözlem notlarıyla takip edilir.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Öğrencilerin geçmiş yıllarda grup ve rol ilişkisini tanımış olabilecekleri hatırlatılır. Bu hafta, rollerin sabit olmadığı ve yeni koşullar, yaş, sorumluluk ya da ilgi alanlarına göre değişebileceği üzerinde durulur.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Sosyal bilgiler ders kitabı, tahta veya akıllı tahta, grup ve rol kartları, zaman çizgisi çalışma kâğıdı, yapışkan notlar, kalemler ve gözlem kontrol listesi.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Ders kitabındaki ilgili içerik ile öğretmenin hazırladığı, öğrenci adı veya özel yaşam bilgisi içermeyen örnek olay kartları kullanılır. Öğrencilerin kendi deneyimlerini paylaşmaları gönüllülük esasıyla yürütülür.</w:t>
      </w:r>
    </w:p>
    <w:p>
      <w:pPr>
        <w:pStyle w:val="Heading1"/>
        <w:keepNext/>
      </w:pPr>
      <w:r>
        <w:rPr>
          <w:rFonts w:ascii="Times New Roman" w:hAnsi="Times New Roman" w:eastAsia="Times New Roman"/>
          <w:b/>
          <w:color w:val="000000"/>
          <w:sz w:val="23"/>
        </w:rPr>
        <w:t>Öğretim Yaklaşımı ve Katılım Düzeni</w:t>
      </w:r>
    </w:p>
    <w:p>
      <w:pPr>
        <w:spacing w:after="80" w:line="269" w:lineRule="auto"/>
        <w:ind w:firstLine="0"/>
      </w:pPr>
      <w:r>
        <w:rPr>
          <w:rFonts w:ascii="Times New Roman" w:hAnsi="Times New Roman" w:eastAsia="Times New Roman"/>
          <w:b/>
          <w:color w:val="000000"/>
          <w:sz w:val="21"/>
        </w:rPr>
        <w:t xml:space="preserve">Yaklaşım: </w:t>
      </w:r>
      <w:r>
        <w:rPr>
          <w:rFonts w:ascii="Times New Roman" w:hAnsi="Times New Roman" w:eastAsia="Times New Roman"/>
          <w:b w:val="0"/>
          <w:color w:val="000000"/>
          <w:sz w:val="21"/>
        </w:rPr>
        <w:t>Bu haftanın Zaman İçinde Değişen Gruplar ve Roller içeriği; öğrencinin önce örnek, metin, harita veya görseli dikkatle incelemesi, ardından gözlemiyle öğrenme çıktısı arasında ilişki kurması ve bu ilişkiyi yazılı, sözlü ya da görsel bir ürünle göstermesi üzerine planlanmıştır. Öğretmen, hazır cevabı vermek yerine öğrencinin kanıtını açıklamasını ister; eksik ya da belirsiz açıklamalarda yönlendirici sorular, kaynak kontrolü ve akran geri bildirimiyle süreci destekler. Böylece plan, yalnızca kavramın tanınmasını değil, kavramın uygun bağlamda kullanılmasını da hedefler.</w:t>
      </w:r>
    </w:p>
    <w:p>
      <w:pPr>
        <w:spacing w:after="140" w:line="269" w:lineRule="auto"/>
        <w:ind w:firstLine="0"/>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Sınıf içi çalışmalarda her öğrencinin sözlü, yazılı, görsel veya düzenleyici bir rol üstlenebilmesine dikkat edilir. Grup çalışmalarında sözcü, yazıcı, süre takipçisi, materyal sorumlusu ve kontrol sorumlusu gibi görevler dönüşümlü verilir. Öğretmen, hızlı tamamlayan öğrencinin tüm işi üstlenmesini önler; öğrenme güçlüğü yaşayan öğrencinin de güvenli ve erişilebilir bir görevle sürece katılmasını sağlar. Tartışmalarda öğrencinin kişiliği değil, ortaya koyduğu düşünce ve kanıt değerlendirilir.</w:t>
      </w:r>
    </w:p>
    <w:p>
      <w:pPr>
        <w:pStyle w:val="Heading1"/>
        <w:keepNext/>
      </w:pPr>
      <w:r>
        <w:rPr>
          <w:rFonts w:ascii="Times New Roman" w:hAnsi="Times New Roman" w:eastAsia="Times New Roman"/>
          <w:b/>
          <w:color w:val="000000"/>
          <w:sz w:val="23"/>
        </w:rPr>
        <w:t>Süreç İçi Geri Bildirim ve İzleme</w:t>
      </w:r>
    </w:p>
    <w:p>
      <w:pPr>
        <w:spacing w:after="80" w:line="269" w:lineRule="auto"/>
        <w:ind w:firstLine="0"/>
      </w:pPr>
      <w:r>
        <w:rPr>
          <w:rFonts w:ascii="Times New Roman" w:hAnsi="Times New Roman" w:eastAsia="Times New Roman"/>
          <w:b/>
          <w:color w:val="000000"/>
          <w:sz w:val="21"/>
        </w:rPr>
        <w:t xml:space="preserve">İzleme: </w:t>
      </w:r>
      <w:r>
        <w:rPr>
          <w:rFonts w:ascii="Times New Roman" w:hAnsi="Times New Roman" w:eastAsia="Times New Roman"/>
          <w:b w:val="0"/>
          <w:color w:val="000000"/>
          <w:sz w:val="21"/>
        </w:rPr>
        <w:t>Öğretmen ders saatleri boyunca öğrencilerin kullandığı kavramları, gerekçe kurma biçimlerini, kaynak veya görselden yararlanma düzeylerini ve iş birliği davranışlarını kısa gözlem notlarıyla izler. Hata görüldüğünde doğrudan doğru cevabı söylemek yerine öğrencinin cevabını kanıtla karşılaştırmasını sağlayacak soru sorar. İhtiyaç hâlinde bir sonraki ders saati başlamadan önce iki-üç dakikalık hatırlatma, örnek çözümleme veya küçük grup desteği planlanır.</w:t>
      </w:r>
    </w:p>
    <w:p>
      <w:pPr>
        <w:spacing w:after="140" w:line="269" w:lineRule="auto"/>
        <w:ind w:firstLine="0"/>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bildirimler açık, kısa ve geliştirici nitelikte verilir. Öğrencinin hangi adımı doğru yaptığı, hangi adımda kanıt, ilişki veya gerekçe eklemesi gerektiği somut biçimde belirtilir. Öğrenci, kendi ürününü verilen ölçütlere göre yeniden gözden geçirerek düzeltme yapma fırsatı bulur. Bu düzeltme, yalnızca sonucun değil öğrenme sürecinin de önemli olduğunu görünür hâle getirir.</w:t>
      </w:r>
    </w:p>
    <w:p>
      <w:pPr>
        <w:pStyle w:val="Heading1"/>
        <w:keepNext/>
      </w:pPr>
      <w:r>
        <w:rPr>
          <w:rFonts w:ascii="Times New Roman" w:hAnsi="Times New Roman" w:eastAsia="Times New Roman"/>
          <w:b/>
          <w:color w:val="000000"/>
          <w:sz w:val="23"/>
        </w:rPr>
        <w:t>Ders Sonu Öğrenme Ürünü</w:t>
      </w:r>
    </w:p>
    <w:p>
      <w:pPr>
        <w:spacing w:after="140" w:line="269" w:lineRule="auto"/>
        <w:ind w:firstLine="0"/>
      </w:pPr>
      <w:r>
        <w:rPr>
          <w:rFonts w:ascii="Times New Roman" w:hAnsi="Times New Roman" w:eastAsia="Times New Roman"/>
          <w:b/>
          <w:color w:val="000000"/>
          <w:sz w:val="21"/>
        </w:rPr>
        <w:t xml:space="preserve">Ürün ve kayıt: </w:t>
      </w:r>
      <w:r>
        <w:rPr>
          <w:rFonts w:ascii="Times New Roman" w:hAnsi="Times New Roman" w:eastAsia="Times New Roman"/>
          <w:b w:val="0"/>
          <w:color w:val="000000"/>
          <w:sz w:val="21"/>
        </w:rPr>
        <w:t>Ders sonunda öğrencinin oluşturduğu çalışma kâğıdı, harita, ilişki şeması, kısa paragraf, çözüm taslağı ya da başka bir öğrenme ürünü; öğrenme çıktısındaki ilişkiyi ne ölçüde kurduğunu gösterecek şekilde dosyalanır veya öğretmen tarafından incelenir. Ürün, öğrencileri birbirleriyle karşılaştırmak için değil, sonraki derste hangi kavramın yeniden ele alınacağına karar vermek için kullanılır. Gerek görülen öğrenciler için aynı öğrenme çıktısına erişmeyi sağlayacak kısa destekleyici görev hazırlanır.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ders saati dağılımı korunur.</w:t>
      </w:r>
    </w:p>
    <w:p>
      <w:pPr>
        <w:pStyle w:val="Heading2"/>
        <w:keepNext/>
      </w:pPr>
      <w:r>
        <w:rPr>
          <w:rFonts w:ascii="Times New Roman" w:hAnsi="Times New Roman" w:eastAsia="Times New Roman"/>
          <w:b/>
          <w:color w:val="000000"/>
          <w:sz w:val="21"/>
        </w:rPr>
        <w:t>Ders Saati 1 - Değişimi Fark Etme</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sınıf panosuna “geçmişte”, “bugün” ve “gelecekte” başlıklarını yerleştirir. Bir öğrencinin sınıf temsilcisi, kulüp üyesi, takım arkadaşı veya kardeş rolü gibi kişiyi tanımlamayan örnekler üzerinden rollerin değişebileceğini düşündüren sorular sorar. Rol ile kişilik özelliğini ayırt etmeleri için kısa örnekler verir.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günlük yaşamda karşılaşılabilecek grupları ve bu gruplardaki rolleri başlıklara yazar. Aynı kişinin zaman içinde aynı grupta farklı görevler üstlenebileceğini veya yeni bir gruba katılabileceğini kısa cümlelerle ifade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Zaman çizgisinde en az iki grup-rol örneği ile değişime ilişkin ilk çıkarım.</w:t>
      </w:r>
    </w:p>
    <w:p>
      <w:pPr>
        <w:pStyle w:val="Heading2"/>
        <w:keepNext/>
      </w:pPr>
      <w:r>
        <w:rPr>
          <w:rFonts w:ascii="Times New Roman" w:hAnsi="Times New Roman" w:eastAsia="Times New Roman"/>
          <w:b/>
          <w:color w:val="000000"/>
          <w:sz w:val="21"/>
        </w:rPr>
        <w:t>Ders Saati 2 - Karşılaştırma ve Gerekçelendirme</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küçük gruplara okul kulübü, spor takımı, sınıf çalışması ve mahalle dayanışması gibi örnek durum kartları dağıtır. Grupların yalnızca bir öğrencinin görüşüyle karar vermemesi için sözcü, yazıcı, süre takipçisi ve kontrol sorumlusu görevlerini dengeli biçimde dağıtır.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örnek durumda geçmişteki, bugünkü ve olası gelecekteki grup-rol ilişkisini karşılaştırma tablosuna işler. Değişimin nedenini yaş, ilgi, sorumluluk veya koşullardaki farklılaşma ile gerekçelendirir.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Karşılaştırma tablosu ile öğrencinin değişim nedenini gerekçesiyle açıklaması.</w:t>
      </w:r>
    </w:p>
    <w:p>
      <w:pPr>
        <w:pStyle w:val="Heading2"/>
        <w:keepNext/>
      </w:pPr>
      <w:r>
        <w:rPr>
          <w:rFonts w:ascii="Times New Roman" w:hAnsi="Times New Roman" w:eastAsia="Times New Roman"/>
          <w:b/>
          <w:color w:val="000000"/>
          <w:sz w:val="21"/>
        </w:rPr>
        <w:t>Ders Saati 3 - Geleceğe Yönelik Önerme ve Yansıtma</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örnek durumların değerlendirilmesini sağlar; grupların değişimin olumlu veya zorlayıcı yönlerini yargılamadan ele almasına rehberlik eder. “Yeni bir role hazırlanmak için hangi sorumluluğu geliştirebilirsin?” sorusuyla gelecek tahminini somutlaştırır.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bir örnek karakter için gelecekte katılabileceği grubu ve üstlenebileceği rolü önerir. Çıkış bileti üzerinde rol değiştiğinde sorumlulukların nasıl etkilenebileceğini kendi cümlesiyle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Geleceğe dönük anlamlı önerme, gerekçe ve bireysel çıkış bileti.</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Grup, rol ve zaman içindeki değişimi ayırt etmekte zorlanan öğrenciler için üç sütunlu görsel zaman çizgisi, kısa örnekler ve öğretmen modellemesi kullanılır. Uzun yazılı anlatım yerine eşleştirme, anahtar kelime veya sözlü açıklama kabul edilir.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Hazır örneklerin ötesine geçebilen öğrencilerden, aynı rolün farklı gruplarda nasıl değişebileceğini incelemeleri ve bir topluluğa yeni katılan öğrenci için sorumluluk önerisi oluşturmaları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zaman çizgisi, karşılaştırma tablosu, grup çalışması gözlemi ve çıkış bileti üzerinden süreç odaklı yapılır. Öğrencinin yalnızca örnek vermesi değil, değişimin nedenini açıklaması ve farklı görüşleri dinlemesi de dikkate alınır.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Farklı grupları ve bu gruplardaki rolleri örnekleyerek listeler.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Bir rolün zaman içinde değişebileceğine ilişkin gerekçeli çıkarım yapar.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Geçmiş, bugün ve gelecek için grup-rol ilişkisini karşılaştırır.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Grup çalışmasında görevini yerine getirir ve farklı görüşlere saygı gösterir.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SB.6.1.1. Zaman içinde değişen gruplar ve roller işlendi; öğrencilerin dâhil oldukları gruplar ve bu gruplardaki rollerinin değişebileceği ele alındı.</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hazırlık notu: Bir sonraki hafta kültürel bağlarımızın ve millî değerlerimizin toplumsal birlikteliğe etkisi ele alınacaktır.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14 Eylül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Sosyal Bilgiler 1.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