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4.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4.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5-9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Toplumsal Sorunlar ve Çözüm Önerileri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SB.6.1.3. Toplumsal hayatta karşılaşılan sorunlara yönelik çözüm önerilerini müzakere edebilme.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Toplumsal hayatta karşılaşılan sorunları fark eder; nedenlerine yönelik farklı bakış açılarını karşılaştırır; çözüm önerileri geliştirir, önerilerini farklı görüşleri dikkate alarak düzenler ve savunur.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sosyal farkındalık, uyum ve sorumlu karar verme.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sorumluluk, adalet ve saygı.</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vatandaşlık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okul, mahalle, ulaşım, çevre temizliği, akran ilişkileri veya ortak alan kullanımı gibi günlük yaşamda karşılaşılabilecek toplumsal sorunlara ilişkin gözlemleri olduğu kabul edilir. Gerçek kişi, sınıf veya okul çalışanı hakkında suçlayıcı ifade kullanmadan; örnek durumlar üzerinden çalışma yapılır.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“Bir sorunu fark etmek ile çözüm üretmek arasında nasıl bir fark vardır?”, “Aynı sorunun farklı nedenleri olabilir mi?” ve “Herkesin kabul edebileceği bir çözüm önerisi nasıl geliştirilir?” soruları yöneltilir. Öğretmen, öğrencilerin çözüm önerisini neden ile karıştırıp karıştırmadığını gözlemler.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Toplumsal birliktelik için kültürel bağ ve değerlere saygının öneminden hareketle, birlikte yaşanan alanlarda ortaya çıkan sorunların konuşarak ve gerekçeli çözüm üreterek ele alınabileceği vurgulanır.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Örnek sorun durum kartları, neden-sonuç zinciri çalışma kâğıdı, çözüm önerisi matrisi, tahta veya akıllı tahta, yapışkan notlar, zamanlayıcı ve gözlem formu.</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Sorun kartları okul dışındaki kişi veya kurumları hedef göstermeyen, yaş düzeyine uygun kurgusal durumlar olarak hazırlanır. Öğrenciler gerçek bir sorun paylaşmak isterse isim ve özel ayrıntı kullanmadan genel ifade kurmaları sağlanır.</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Toplumsal Sorunlar ve Çözüm Önerileri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Sorunu Tanımlama ve Nedenleri Ayırma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ortak alanların temiz tutulmaması, sıra bekleme düzeni, engelli erişimi veya çevre gürültüsü gibi örnek durum kartlarını sunar. Sorun, belirti ve neden kavramlarını ayırmak için bir kartı sınıfla birlikte analiz eder.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sorunun ne olduğunu, kimleri etkileyebileceğini ve olası nedenlerini neden-sonuç zincirine yazar. Bir nedeni kesin bilgi gibi değil, “olabilir” ifadesiyle varsayım olarak belirtmeleri istenir.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Sorun-belirti-neden ayrımı yapılan neden-sonuç zinciri.</w:t>
      </w:r>
    </w:p>
    <w:p>
      <w:pPr>
        <w:pStyle w:val="Heading2"/>
        <w:keepNext/>
      </w:pPr>
      <w:r>
        <w:rPr>
          <w:rFonts w:ascii="Times New Roman" w:hAnsi="Times New Roman" w:eastAsia="Times New Roman"/>
          <w:b/>
          <w:color w:val="000000"/>
          <w:sz w:val="21"/>
        </w:rPr>
        <w:t>Ders Saati 2 - Farklı Bakış Açılarının Karşılaştırılması</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her gruba aynı soruna ilişkin farklı paydaş kartları verir. Kartlardaki kişilerin ihtiyaçlarının birbirinden farklı olabileceğini; çözüm oluştururken yalnızca kendi bakış açısına göre hareket edilmemesi gerektiğini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kartlardaki bakış açılarını karşılaştırır; ortak ve farklı noktaları çözüm önerisi matrisine işler. Bir görüşe katılmasalar bile o görüşün dayandığı ihtiyacı tanımlamaya çalışır.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Paydaşların ihtiyaçlarını içeren karşılaştırma matrisi ve saygılı müzakere gözlemi.</w:t>
      </w:r>
    </w:p>
    <w:p>
      <w:pPr>
        <w:pStyle w:val="Heading2"/>
        <w:keepNext/>
      </w:pPr>
      <w:r>
        <w:rPr>
          <w:rFonts w:ascii="Times New Roman" w:hAnsi="Times New Roman" w:eastAsia="Times New Roman"/>
          <w:b/>
          <w:color w:val="000000"/>
          <w:sz w:val="21"/>
        </w:rPr>
        <w:t>Ders Saati 3 - Çözüm Önerisi Geliştirme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çözüm önerisinin uygulanabilir, sorumluluğu belirli ve olası sonuçları düşünülmüş olması gerektiğini örnekler. Grupların ilk önerilerini “Kim yapacak?”, “Nasıl uygulanacak?”, “Hangi zorluk çıkabilir?” sorularıyla gözden geçirmesini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bir çözüm önerisi taslağı hazırlar, diğer grubun geri bildirimini alır ve taslağı düzenler. Çıkış biletiyle seçtikleri çözümün hangi soruna yanıt verdiğini ve neden uygulanabilir olduğunu açıklar.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Düzenlenmiş çözüm taslağı, akran geri bildirimi ve gerekçeli çıkış bileti.</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Sorun, neden ve çözümü ayırt etmekte zorlanan öğrenciler için renk kodlu kartlar, yarım bırakılmış örnek cümleler ve öğretmenle birlikte tamamlanan ilk zincir kullanılır. Gruplarda görsel düzenleme veya süre takibi gibi farklı katılım rolleri verilir.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çözümleri aşabilen öğrencilerden, iki farklı çözümün yarar ve sınırlılıklarını karşılaştırmaları; uygulanabilirliği artırmak için bir ölçüt listesi oluşturmaları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neden-sonuç zinciri, bakış açısı matrisi, çözüm taslağı, akran geri bildirimi ve çıkış bileti üzerinden yürütülür. Öğrencinin çözümünü gerekçelendirmesi ve farklı görüşleri dikkate alması değerlendirmeye dâhil edilir.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Toplumsal sorunu belirti ve nedenlerinden ayırır.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Sorunun farklı kişiler açısından oluşturduğu etkileri tanımlar.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Uygulanabilir bir çözüm önerisi geliştirir ve gerekçelendirir.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Geri bildirimden yararlanarak çözüm önerisini düzenler.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SB.6.1.3. Toplumsal hayatta karşılaşılan sorunlar ve bu sorunlara yönelik çözüm önerileri, farklı bakış açıları dikkate alınarak işlendi.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çözüm önerilerinin müzakere edilmesi, savunulması ve geliştirilmesi üzerinde çalışılacaktır.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5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4.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