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6. SINIF SOSYAL BİLGİLER DERS PLANI</w:t>
      </w:r>
    </w:p>
    <w:p>
      <w:pPr>
        <w:pStyle w:val="Title"/>
        <w:spacing w:after="200"/>
      </w:pPr>
      <w:r>
        <w:rPr>
          <w:rFonts w:ascii="Times New Roman" w:hAnsi="Times New Roman" w:eastAsia="Times New Roman"/>
          <w:b/>
          <w:color w:val="000000"/>
          <w:sz w:val="24"/>
        </w:rPr>
        <w:t>8.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8.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2-6 Kasım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 Kasım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Evimiz Dünya</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Doğal ve Beşerî Çevre Özellikleri Arasındaki İlişki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SB.6.2.2. Ülkemizin doğal ve beşerî çevre özellikleri arasındaki ilişkiyi çözümleyebilme.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Ülkemizdeki doğal ve beşerî çevre özelliklerini belirler; bu özellikler arasındaki ilişkiyi belirler.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Sorumlu karar verme ve sosyal farkındalık.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Duyarlılık, temizlik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Okuryazarlık Becerileri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dijital, görsel ve kültür okuryazarlığı.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harita üzerinde doğal unsurlar ile insan faaliyetlerini ayırt etmeye yönelik temel bilgiye sahip oldukları kabul edilir. Doğal çevreyi yalnızca “doğa”, beşerî çevreyi yalnızca “bina” şeklinde sınırlı açıklamamalarına dikkat edilir.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Öğrencilere dağ, ova, akarsu, köprü, tarım alanı, liman ve yerleşme görselleri gösterilir. Hangi unsurların doğal, hangilerinin beşerî olduğuna karar vermeleri; ardından iki unsur arasında ilişki kurabilecekleri bir örnek vermeleri istenir.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Önceki haftada ülkemizin konumu ve çevresi harita üzerinden incelenmiştir. Bu hafta, doğal koşulların yerleşme, ulaşım, ekonomik faaliyet ve günlük yaşam üzerinde etkili olabildiği; insanların da çevreyi dönüştürebildiği üzerinde durulur.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Türkiye fiziki ve beşerî haritaları, fotoğraf kartları, doğal-beşerî çevre sınıflama kartları, ilişki diyagramı çalışma kâğıdı, ders kitabı, renkli kalemler ve gözlem formu.</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Harita ve görseller ders kitabı veya öğretmen tarafından doğrulanmış kaynaklardan seçilir. Örnekler, bir yerleşim yerini ya da kişiyi değerlendirme amacı taşımaz; doğal ve beşerî çevre ilişkisini açıklamaya yöneliktir.</w:t>
      </w:r>
    </w:p>
    <w:p>
      <w:pPr>
        <w:pStyle w:val="Heading1"/>
        <w:keepNext/>
      </w:pPr>
      <w:r>
        <w:rPr>
          <w:rFonts w:ascii="Times New Roman" w:hAnsi="Times New Roman" w:eastAsia="Times New Roman"/>
          <w:b/>
          <w:color w:val="000000"/>
          <w:sz w:val="23"/>
        </w:rPr>
        <w:t>Öğretim Yaklaşımı ve Katılım Düzeni</w:t>
      </w:r>
    </w:p>
    <w:p>
      <w:pPr>
        <w:spacing w:after="80" w:line="269" w:lineRule="auto"/>
        <w:ind w:firstLine="0"/>
      </w:pPr>
      <w:r>
        <w:rPr>
          <w:rFonts w:ascii="Times New Roman" w:hAnsi="Times New Roman" w:eastAsia="Times New Roman"/>
          <w:b/>
          <w:color w:val="000000"/>
          <w:sz w:val="21"/>
        </w:rPr>
        <w:t xml:space="preserve">Yaklaşım: </w:t>
      </w:r>
      <w:r>
        <w:rPr>
          <w:rFonts w:ascii="Times New Roman" w:hAnsi="Times New Roman" w:eastAsia="Times New Roman"/>
          <w:b w:val="0"/>
          <w:color w:val="000000"/>
          <w:sz w:val="21"/>
        </w:rPr>
        <w:t>Bu haftanın Doğal ve Beşerî Çevre Özellikleri Arasındaki İlişki içeriği; öğrencinin önce örnek, metin, harita veya görseli dikkatle incelemesi, ardından gözlemiyle öğrenme çıktısı arasında ilişki kurması ve bu ilişkiyi yazılı, sözlü ya da görsel bir ürünle göstermesi üzerine planlanmıştır. Öğretmen, hazır cevabı vermek yerine öğrencinin kanıtını açıklamasını ister; eksik ya da belirsiz açıklamalarda yönlendirici sorular, kaynak kontrolü ve akran geri bildirimiyle süreci destekler. Böylece plan, yalnızca kavramın tanınmasını değil, kavramın uygun bağlamda kullanılmasını da hedefler.</w:t>
      </w:r>
    </w:p>
    <w:p>
      <w:pPr>
        <w:spacing w:after="140" w:line="269" w:lineRule="auto"/>
        <w:ind w:firstLine="0"/>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Sınıf içi çalışmalarda her öğrencinin sözlü, yazılı, görsel veya düzenleyici bir rol üstlenebilmesine dikkat edilir. Grup çalışmalarında sözcü, yazıcı, süre takipçisi, materyal sorumlusu ve kontrol sorumlusu gibi görevler dönüşümlü verilir. Öğretmen, hızlı tamamlayan öğrencinin tüm işi üstlenmesini önler; öğrenme güçlüğü yaşayan öğrencinin de güvenli ve erişilebilir bir görevle sürece katılmasını sağlar. Tartışmalarda öğrencinin kişiliği değil, ortaya koyduğu düşünce ve kanıt değerlendirilir.</w:t>
      </w:r>
    </w:p>
    <w:p>
      <w:pPr>
        <w:pStyle w:val="Heading1"/>
        <w:keepNext/>
      </w:pPr>
      <w:r>
        <w:rPr>
          <w:rFonts w:ascii="Times New Roman" w:hAnsi="Times New Roman" w:eastAsia="Times New Roman"/>
          <w:b/>
          <w:color w:val="000000"/>
          <w:sz w:val="23"/>
        </w:rPr>
        <w:t>Süreç İçi Geri Bildirim ve İzleme</w:t>
      </w:r>
    </w:p>
    <w:p>
      <w:pPr>
        <w:spacing w:after="80" w:line="269" w:lineRule="auto"/>
        <w:ind w:firstLine="0"/>
      </w:pPr>
      <w:r>
        <w:rPr>
          <w:rFonts w:ascii="Times New Roman" w:hAnsi="Times New Roman" w:eastAsia="Times New Roman"/>
          <w:b/>
          <w:color w:val="000000"/>
          <w:sz w:val="21"/>
        </w:rPr>
        <w:t xml:space="preserve">İzleme: </w:t>
      </w:r>
      <w:r>
        <w:rPr>
          <w:rFonts w:ascii="Times New Roman" w:hAnsi="Times New Roman" w:eastAsia="Times New Roman"/>
          <w:b w:val="0"/>
          <w:color w:val="000000"/>
          <w:sz w:val="21"/>
        </w:rPr>
        <w:t>Öğretmen ders saatleri boyunca öğrencilerin kullandığı kavramları, gerekçe kurma biçimlerini, kaynak veya görselden yararlanma düzeylerini ve iş birliği davranışlarını kısa gözlem notlarıyla izler. Hata görüldüğünde doğrudan doğru cevabı söylemek yerine öğrencinin cevabını kanıtla karşılaştırmasını sağlayacak soru sorar. İhtiyaç hâlinde bir sonraki ders saati başlamadan önce iki-üç dakikalık hatırlatma, örnek çözümleme veya küçük grup desteği planlanır.</w:t>
      </w:r>
    </w:p>
    <w:p>
      <w:pPr>
        <w:spacing w:after="140" w:line="269" w:lineRule="auto"/>
        <w:ind w:firstLine="0"/>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bildirimler açık, kısa ve geliştirici nitelikte verilir. Öğrencinin hangi adımı doğru yaptığı, hangi adımda kanıt, ilişki veya gerekçe eklemesi gerektiği somut biçimde belirtilir. Öğrenci, kendi ürününü verilen ölçütlere göre yeniden gözden geçirerek düzeltme yapma fırsatı bulur. Bu düzeltme, yalnızca sonucun değil öğrenme sürecinin de önemli olduğunu görünür hâle getirir.</w:t>
      </w:r>
    </w:p>
    <w:p>
      <w:pPr>
        <w:pStyle w:val="Heading1"/>
        <w:keepNext/>
      </w:pPr>
      <w:r>
        <w:rPr>
          <w:rFonts w:ascii="Times New Roman" w:hAnsi="Times New Roman" w:eastAsia="Times New Roman"/>
          <w:b/>
          <w:color w:val="000000"/>
          <w:sz w:val="23"/>
        </w:rPr>
        <w:t>Ders Sonu Öğrenme Ürünü</w:t>
      </w:r>
    </w:p>
    <w:p>
      <w:pPr>
        <w:spacing w:after="140" w:line="269" w:lineRule="auto"/>
        <w:ind w:firstLine="0"/>
      </w:pPr>
      <w:r>
        <w:rPr>
          <w:rFonts w:ascii="Times New Roman" w:hAnsi="Times New Roman" w:eastAsia="Times New Roman"/>
          <w:b/>
          <w:color w:val="000000"/>
          <w:sz w:val="21"/>
        </w:rPr>
        <w:t xml:space="preserve">Ürün ve kayıt: </w:t>
      </w:r>
      <w:r>
        <w:rPr>
          <w:rFonts w:ascii="Times New Roman" w:hAnsi="Times New Roman" w:eastAsia="Times New Roman"/>
          <w:b w:val="0"/>
          <w:color w:val="000000"/>
          <w:sz w:val="21"/>
        </w:rPr>
        <w:t>Ders sonunda öğrencinin oluşturduğu çalışma kâğıdı, harita, ilişki şeması, kısa paragraf, çözüm taslağı ya da başka bir öğrenme ürünü; öğrenme çıktısındaki ilişkiyi ne ölçüde kurduğunu gösterecek şekilde dosyalanır veya öğretmen tarafından incelenir. Ürün, öğrencileri birbirleriyle karşılaştırmak için değil, sonraki derste hangi kavramın yeniden ele alınacağına karar vermek için kullanılır. Gerek görülen öğrenciler için aynı öğrenme çıktısına erişmeyi sağlayacak kısa destekleyici görev hazırlanır.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ders saati dağılımı korunur.</w:t>
      </w:r>
    </w:p>
    <w:p>
      <w:pPr>
        <w:pStyle w:val="Heading2"/>
        <w:keepNext/>
      </w:pPr>
      <w:r>
        <w:rPr>
          <w:rFonts w:ascii="Times New Roman" w:hAnsi="Times New Roman" w:eastAsia="Times New Roman"/>
          <w:b/>
          <w:color w:val="000000"/>
          <w:sz w:val="21"/>
        </w:rPr>
        <w:t>Ders Saati 1 - Doğal ve Beşerî Unsurları Sınıflama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fotoğraf ve kartları kullanarak doğal unsur, beşerî unsur ve her ikisinin etkisiyle oluşan çevre düzenlemesi kavramlarını açıklar. Bir örnekte karar verirken “Bu unsur insan eliyle mi oluştu, yoksa doğada mı bulunur?” sorusunu model olarak kullanır.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kartları doğal, beşerî ve ilişki örneği başlıkları altında sınıflar. Bir kartın hangi başlığa girdiğini tek kelimeyle değil, kısa gerekçeyle açıklar.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Sınıflama tablosu ve doğal-beşerî ayrımına ilişkin gerekçeli açıklama.</w:t>
      </w:r>
    </w:p>
    <w:p>
      <w:pPr>
        <w:pStyle w:val="Heading2"/>
        <w:keepNext/>
      </w:pPr>
      <w:r>
        <w:rPr>
          <w:rFonts w:ascii="Times New Roman" w:hAnsi="Times New Roman" w:eastAsia="Times New Roman"/>
          <w:b/>
          <w:color w:val="000000"/>
          <w:sz w:val="21"/>
        </w:rPr>
        <w:t>Ders Saati 2 - Haritada İlişki Arama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fiziki ve beşerî haritaları yan yana kullanarak dağlık alan, ova, akarsu, kıyı, yerleşme, ulaşım ağı ve ekonomik faaliyet arasında ilişki aranacağını açıklar. Neden-sonuç ilişkisini kesin yargıya dönüştürmemeleri için “etkileyebilir, kolaylaştırabilir, sınırlandırabilir” dilini modelleyerek kullanır.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harita bölgesinde iki doğal ve iki beşerî özellik belirler; bunlar arasındaki olası ilişkiyi oklarla gösterir. İlişkiyi desteklemek için haritadan bir kanıt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Harita kanıtı içeren ilişki diyagramı ve uygun neden-sonuç dili.</w:t>
      </w:r>
    </w:p>
    <w:p>
      <w:pPr>
        <w:pStyle w:val="Heading2"/>
        <w:keepNext/>
      </w:pPr>
      <w:r>
        <w:rPr>
          <w:rFonts w:ascii="Times New Roman" w:hAnsi="Times New Roman" w:eastAsia="Times New Roman"/>
          <w:b/>
          <w:color w:val="000000"/>
          <w:sz w:val="21"/>
        </w:rPr>
        <w:t>Ders Saati 3 - Örnek Durum Çözümlemesi</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su kaynağı çevresinde yerleşme, kıyıda liman, ovada tarım veya dağlık alanda ulaşım gibi örnek durumları gruplara verir. Tek bir doğal özelliğin her yerde aynı sonucu doğurmayabileceğini; insanın teknoloji ve planlamayla farklı çözümler geliştirebileceğini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örnek durumdaki doğal ve beşerî unsurları belirler, aralarındaki ilişkiyi paragraf ve şema ile çözümler. Ders sonunda seçtikleri ilişkinin çevreyi koruma açısından düşündürdüğü bir sorumluluğu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Çözümleme paragrafı, ilişki şeması ve çevresel sorumluluk yansıtması.</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Sınıflama yaparken zorlanan öğrenciler için görsel sözlük, iki örnekli başlangıç kartı ve tamamlanmamış ilişki şeması verilir. Öğrenci, önce öğretmenle bir unsuru sınıflar, sonra benzer kartla bağımsız çalışma yapar.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aynı doğal özelliğin farklı beşerî sonuçlar doğurabileceği iki örneği karşılaştırmaları; insan faaliyetinin çevre üzerindeki olumlu ve olumsuz etkisini ayırt etmeleri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sınıflama tablosu, harita ilişki diyagramı, örnek durum çözümlemesi ve bireysel yansıtma üzerinden yapılır. Öğrencinin ilişkiyi yalnızca adlandırması değil, harita veya örnekle kanıtlaması değerlendirilir.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Doğal ve beşerî çevre özelliklerini doğru sınıflar.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Haritada seçtiği doğal ve beşerî unsurları gösterir.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İki unsur arasındaki ilişkiyi uygun neden-sonuç diliyle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Çevreyle ilgili sorumluluk düşüncesini örnekle ilişkilendirir.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SB.6.2.2. Ülkemizin doğal ve beşerî çevre özellikleri belirlendi; bu özellikler arasındaki ilişkiler harita ve örnek durumlar üzerinden çözümlendi.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hazırlık notu: Bir sonraki hafta doğal ve beşerî çevre ilişkisi, Atatürk Haftası bağlamında ülkemizin çevresel ve toplumsal değerleriyle ilişkilendirilerek sürdürülecektir.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2 Kasım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Sosyal Bilgiler 8.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