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TÜRKÇE GÜNLÜK PLAN / DERS PLANI</w:t>
      </w:r>
    </w:p>
    <w:p>
      <w:pPr>
        <w:pStyle w:val="Title"/>
        <w:spacing w:after="16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21-25 Eylül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21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Dilimizin Zenginliği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Bir Kelime Seyyahı ile Okuma, Konuşma ve Yazma Çalışmaları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akıcı okumayı yönetme, metindeki söz varlığı unsurlarının anlamını bağlamdan tahmin etme, sözcüklerin çağrışım alanını konuşma ve yazma ürününde kullanma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T.O.6.2, T.O.6.3, T.O.6.5, T.O.6.6, T.O.6.16 ve T.O.6.21; T.K.6.1, T.K.6.3, T.K.6.9; T.Y.6.1, T.Y.6.2, T.Y.6.3 ve T.Y.6.18.</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 anahtar kelime belirleme ve anlam tahmini yaparak metne yaklaştıkları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kelimenin çağrıştırdıkları, anlatmak istediğimiz düşünceyi nasıl güçlendirir?”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akıcı okuma gözlem formu, eş anlam-zıt anlam kartları, sözlük, konuşma planı ve yazma taslak kâğıdı.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kelimenin çağrıştırdıkları, anlatmak istediğimiz düşünceyi nasıl güçlendirir?”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Kelime Seyyahı ile Okuma, Konuşma ve Yazma Çalışmaları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söz varlığı çizelgesi, kanıta dayalı kısa konuşma notu ve seçilen kelimelerle oluşturulmuş açıklayıcı paragraf.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çizelgesi, kanıta dayalı kısa konuşma notu ve seçilen kelimelerle oluşturulmuş açıklayıcı paragraf.</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akıcı okumada bölümleme ve eşli okuma yapılır; yazma için konu cümlesi, destekleyici ayrıntı ve sonuç cümlesi şablonu kullanılır. Hızlı ilerleyen öğrenciler için ise öğrenciler, aynı kavramı farklı bağlamlarda kullanan üç cümle yazar ve anlamdaki değişimi açıklar.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Akıcı okumada bölümleme ve eşli okuma yapılır; yazma için konu cümlesi, destekleyici ayrıntı ve sonuç cümlesi şablonu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aynı kavramı farklı bağlamlarda kullanan üç cümle yazar ve anlamdaki değişimi açıklar.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Bir Kelime Seyyahı metni üzerinden akıcı okuma, bağlamdan anlam tahmini, söz varlığı, sözlü anlatım ve yazılı anlatım çalışmaları gerçekleştirildi.</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Türkçe 2.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