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TÜRKÇE GÜNLÜK PLAN / DERS PLANI</w:t>
      </w:r>
    </w:p>
    <w:p>
      <w:pPr>
        <w:pStyle w:val="Title"/>
        <w:spacing w:after="16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2-6 Kasım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 Kasım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Bağımsızlık Yolu</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Vatan</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şiir veya duygu yüklü metinde anlam katmanlarını fark etme, vatan kavramını metin kanıtlarıyla yorumlama, ses-vurgu ve yaratıcı yazma çalışması yapma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T.D.6.2, T.D.6.3, T.D.6.6, T.D.6.8 ve T.D.6.11; T.O.6.3, T.O.6.5, T.O.6.8, T.O.6.9, T.O.6.10 ve T.O.6.27; T.K.6.1, T.K.6.4, T.K.6.5, T.K.6.12, T.K.6.15 ve T.K.6.25; T.Y.6.1, T.Y.6.3, T.Y.6.4, T.Y.6.5, T.Y.6.11 ve T.Y.6.21.</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Bağımsızlık Yolu temasındaki olay örgüsü ve karakter-duygu ilişkisi çalışmalarından yararlanabilecekleri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“Vatan kavramı bir metinde yalnızca açık ifadelerle mi, yoksa duygu ve imgelerle de mi anlatılır?”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şiir/metin seslendirme kaydı, duygu-kavram kartları, metin kanıtı çizelgesi, yaratıcı yazma planı, öz değerlendirme formu.</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“Vatan kavramı bir metinde yalnızca açık ifadelerle mi, yoksa duygu ve imgelerle de mi anlatılır?”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Vatan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duygu-kavram haritası, uygun ses-vurguyla metin seslendirme notu ve metinden kanıt kullanan yaratıcı yazma ürünü.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Duygu-kavram haritası, uygun ses-vurguyla metin seslendirme notu ve metinden kanıt kullanan yaratıcı yazma ürünü.</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metnin duygu yüklü ifadeleri işaretlenir; seslendirme öncesinde kısa model okuma, yazma öncesinde duygu-kelime eşleştirme yapılır. Hızlı ilerleyen öğrenciler için ise öğrenciler vatan kavramını farklı duyusal ayrıntılarla anlatan kısa bir betimleme metni oluşturur ve seçtiği kelimelerin etkisini açıklar.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Metnin duygu yüklü ifadeleri işaretlenir; seslendirme öncesinde kısa model okuma, yazma öncesinde duygu-kelime eşleştirme yapılır.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vatan kavramını farklı duyusal ayrıntılarla anlatan kısa bir betimleme metni oluşturur ve seçtiği kelimelerin etkisini açıklar.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Vatan metni üzerinden anlam katmanları, vatan kavramı, ses-vurgu, metin kanıtı ve yaratıcı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Türkçe 8.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