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FEN BİLİMLERİ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8.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2-6 Kasım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 Kasım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 ve Enerjiyi Keşfedelim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Enerji Dönüşümleri ve Kanıta Dayalı Pekiştirme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FB.7.2.3. Enerji dönüşümünden hareketle enerjinin korunduğuna tümevarımsal akıl yürütebilme.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Dönüşüm örüntüsü bulma, genelleme yapma, sürtünmenin etkisini tartışma ve kanıtla açıklama.</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Tümevarımsal akıl yürütme, bilimsel gözlem, eleştirel düşünme, iletişim ve veri okuryazarlığı.</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Adalet, çalışkanlık, sorumluluk, merak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enerji dönüşümüne ilişkin temel örüntüleri önceki haftadan fark edebildiği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“Enerji dönüşümü sırasında enerji yok olur mu; sürtünme sonucu gözlediğimiz değişimler bu soruyu nasıl açıklamaya yardım eder?”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Bisiklet freninde sürtünme, salıncakta hareket ve oyuncak araçta hız değişimi ile enerji dönüşümünde çevreye yayılan ısı ilişkisi kurulur.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Enerji dönüşümü senaryoları, sürtünme görselleri, deney gözlem formu, balık kılçığı şablonu, öz değerlendirme formu.</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Hareketli materyaller küçük ve güvenli araçlarla sınırlı tutulur; sürtünme örneklerinde kayganlaştırıcı madde kullanılmaz.</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“Enerji dönüşümü sırasında enerji yok olur mu; sürtünme sonucu gözlediğimiz değişimler bu soruyu nasıl açıklamaya yardım eder?”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Kanıt istasyonlarında enerji dönüşümünü inceleme, sürtünme etkisini tartışma ve açıklama diyagramını iyileştirme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enerji dönüşümleri ve kanıta dayalı pekiştirme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hareketli materyaller küçük ve güvenli araçlarla sınırlı tutulur; sürtünme örneklerinde kayganlaştırıcı madde kullanılmaz.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bir günlük yaşam durumunda enerji dönüşümlerini, sürtünmenin etkisini ve enerjinin korunumu genellemesini içeren açıklamalı diyagram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İstasyon kayıtları, revize edilmiş diyagram ve öz/akran değerlendirme notu.</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bir günlük yaşam durumunda enerji dönüşümlerini, sürtünmenin etkisini ve enerjinin korunumu genellemesini içeren açıklamalı diyagram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enerji dönüşümleri ve kanıta dayalı pekiştirme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Enerji dönüşümünden hareketle enerjinin korunduğuna tümevarımsal akıl yürütebilme.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FB.7.2.3. Enerji dönüşümleri kanıtlarla pekiştirildi; sürtünme etkisi dikkate alınarak enerjinin korunumu genellemesi açıklandı.</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Fen Bilimleri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