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7. SINIF FEN BİLİMLERİ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9.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Fen Bilimleri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9-13 Kasım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Kasım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Kuvvet ve Enerjiyi Keşfedelim / Vücudumuzdaki Sistemler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Enerji Dönüşümlerinin Değerlendirilmesi ve Sindirim Sistemine Giriş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FB.7.2.1-3. Kuvvet, iş ve enerji ilişkilerini kanıtla açıklayabilme; FB.7.3.1. Sindirim sistemine ait yapı ve organların görevlerini açıklayabilme.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Kuvvet-iş-enerji ilişkilerini bütünleştirme; sindirim sistemi yapı ve organlarının niteliklerini tanımlama.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Bilimsel çıkarım, tümevarımsal akıl yürütme, bilimsel gözlem, bilgi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sağlıklı yaşam, saygı ve duyarlılık.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fiziksel iş, kinetik-potansiyel enerji ve enerji dönüşümüne ilişkin süreç ürünleri oluşturduğu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“Kuvvet, iş ve enerji ilişkisini kanıtla nasıl açıklarız; yediğimiz bir besin vücudumuzda hangi yapılardan geçer?” sorusu yöneltilir. Cevaplar not vermek amacıyla değil, ders sürecinde verilecek desteği belirlemek amacıyla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Besinlerin vücutta izlediği yol, sağlıklı yaşam ve sistemlerin birlikte çalışmasıyla ilişkilendirilir; önceki ünitedeki enerji kavramı vücudun enerji gereksinimiyle günlük yaşam düzeyinde bağlanır.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Kuvvet-enerji istasyon kartları, kısa değerlendirme formu, sindirim sistemi şeması, organ görev kartları, çalışma kâğıdı.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Güvenlik ve kaynak kullanımı: </w:t>
      </w:r>
      <w:r>
        <w:rPr>
          <w:rFonts w:ascii="Times New Roman" w:hAnsi="Times New Roman"/>
          <w:b w:val="0"/>
          <w:color w:val="000000"/>
          <w:sz w:val="20"/>
        </w:rPr>
        <w:t>Sağlıkla ilgili içerikler bilimsel ve yaş düzeyine uygun şekilde ele alınır; kişisel sağlık bilgisi paylaşımı istenmez.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40 dakikalık dört ders saati dikkate alınarak hazırlanmıştır. Okulun ders çizelgesine ve sınıfın hazırbulunuşluk düzeyine göre etkinlik süreleri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“Kuvvet, iş ve enerji ilişkisini kanıtla nasıl açıklarız; yediğimiz bir besin vücudumuzda hangi yapılardan geçer?” sorusunu yöneltir. Öğrencilerin ilk düşüncelerini not verirken kullanmadan toplar; farklı yanıtları birbirine karşıt görüşler olarak değil, araştırılacak fikirler olarak sınıflandırır.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soru hakkında kısa tahmin yazar veya sözlü paylaşım yapar. Hangi bilgiyi bildiğini, hangisini araştırmak istediğini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Tahmin kartı veya başlangıç cümlesi; öğrencinin ön bilgisi ve araştırma sorusu.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Enerji ünitesi istasyon değerlendirmesi ile sindirim sistemi organ-görev kartlarını eşleştirme ve şema oluşturma için gerekli materyalleri tanıtır. Açıklamayı tek yönlü vermek yerine, öğrencilerin gözlem ve kaynaklardan hareketle kavramlar arası ilişki kurmasına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materyalleri kullanarak enerji dönüşümlerinin değerlendirilmesi ve sindirim sistemine giriş ile ilgili gözlem, eşleştirme veya kısa araştırma yapar. Bulgularını ortak çalışma kâğıdına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ilk bulgular, kullanılan kavramların doğru yerleştirilmesi.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Kısa değerlendirme ve bağ kurma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inceler. Yanıtlar arasındaki benzerlikleri ve açıkta kalan soruları görünür hâle getirir; sonraki ders için gerekli kavramları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bulgularından birini sınıfla paylaşır ve arkadaşının açıklamasına kanıt ya da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Araştırma veya deney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etkinlikte izlenecek adımları ve sağlıkla ilgili içerikler bilimsel ve yaş düzeyine uygun şekilde ele alınır; kişisel sağlık bilgisi paylaşımı istenmez. Açık uçlu bir soru ile hangi değişkenin, bilginin veya model bileşeninin takip edileceğini belirletir.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yapar; gözlemci, kayıt sorumlusu, materyal sorumlusu ve sözcü görevlerinden birini seçer. Çalışma kâğıdında takip edeceği kanıtı işaretler.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gözlem/araştırma adımı.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Uygulama ve veri kaydı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grupları dolaşarak kuvvet-iş-enerji ilişkisinin kanıtla açıklandığı kısa değerlendirme ürünü ile sindirim sistemi organlarını görevleriyle gösteren şema sürecinde öğrencilerin gözlem ile yorumu ayırt etmelerini sağlar. Gerekirse soruyla yönlendirir; doğrudan cevabı vermeden kaydı yeniden kontrol ettirir.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uygulama sonucunda elde ettikleri gözlem, ölçüm, karşılaştırma veya model ayrıntılarını kaydeder. Farklı bulgu görüldüğünde bunun nedenini tartışır.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İstasyon değerlendirme formu, organ-görev şeması ve açık uçlu kısa yanıt.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grupların ürünlerini belirlenen ölçütler üzerinden karşılaştırmalarını sağlar. Yanlış ya da eksik ilişki görüldüğünde öğrencinin bulgularına dönerek iyileştirme yapmasını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ürününde bir güçlü yönü ve bir geliştirme noktasını belirler;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güncellenmiş kayıt veya model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kavram haritası veya tablo oluşturur. Öğrencilerin kullandığı verilerden hangi sonuca ulaşılabileceğini, sonucu kanıtın dışına taşırmadan ifade etmelerini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grubunun bulgusunu kavram haritasına veya ortak tabloya ekler. Başka grubun bulgusuyla benzerlik ve farklılıkları söyler.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Ortak tablo/kavram haritasına doğru katkı ve kanıtla uyumlu açıklama.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kuvvet-iş-enerji ilişkisinin kanıtla açıklandığı kısa değerlendirme ürünü ile sindirim sistemi organlarını görevleriyle gösteren şema oluşturmalarını ister. Üründe kavramın doğru kullanımı, kanıtın görünür olması ve anlaşılır bir açıklama ölçütleri hatırlatılır.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 hazırlar. Yazmakta zorlanan öğrenci çizim, etiket, şema ya da sözlü açıklama yoluyla öğrenmesini gösterebilir.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ölçütlere göre yapılan akran/öz değerlendirme.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hazırlanan ürünlerin günlük yaşamdaki bir durumla bağını kuran sorular yöneltir. Öğrencilerden kavramı ezber cümlesiyle değil, somut bir örneği gerekçelendirerek açıklamalarını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sunar; öğrendiği kavramın günlük yaşamdaki bir kullanımını veya etkisini ifade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Kısa sunum ve transfer sorusuna verilen gerekçeli yanıt.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eşleştirme, yapılandırılmış grid, kısa cevaplı soru veya şema tamamlama etkinliği uygular. Soruların öğrenme çıktısındaki ilişkiyi ölçmesine dikkat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olarak etkinliği tamamlar; sonrasında bir sorunun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 ve açıklama süreci.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desteğe ihtiyaç duyan öğrenciler için daha somut kart, şema veya model seçeneği; hızlı ilerleyen öğrenciler için ise yeni bir durum üzerinde açıklama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ihtiyaçlarına uygun görevi seçer; öğretmenden ve arkadaşından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 ve öğrenme kanıtının görünür hâle gelmesi.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en önemli ilişki...”, “Bunu gösteren kanıt...” ve “Bir sonraki derste merak ettiğim...” cümlelerini içeren çıkış biletini verir. Cevapları sonraki dersin planlamasında kullanır.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üç cümlelik çıkış biletini tamamlar. Kendi öğrenmesini değerlendirir ve gerektiğinde destek isteğini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öğretmenin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 veya ilişkiyi ayırt etmekte zorlanan öğrenciler için görsel kartlar, yarı tamamlanmış tablo/şema, kısa yönerge ve öğretmen modellemesi kullanılır. Öğrencinin yazılı ürün yerine çizim, etiketleme ya da sözlü açıklama seçeneği kullanmasına imkân verilir.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enerji dönüşümlerinin değerlendirilmesi ve sindirim sistemine giriş ile ilgili yeni bir günlük yaşam örneği geliştirmeleri, örneğin hangi kanıt ya da gözlemle desteklendiğini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Değerlendirme; süreç içi gözlem, çalışma kâğıdı, öğrenci ürünü, akran/öz değerlendirme ve çıkış bileti birlikte kullanılarak yürütülür. Öğrencinin yalnızca sonucu değil, kanıtı kullanma, gerekçelendirme ve geri bildirimden yararlanma biçimi de dikkate alınır.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Kuvvet, iş ve enerji ilişkilerini kanıtla açıklayabilme; FB.7.3.1. Sindirim sistemine ait yapı ve organların görevlerini açıklayabilme.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Etkinlikte kullanılan bilgi, veri veya model ile sonucunu ilişkilendirir.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Grup çalışmasında görev alır, materyali ve arkadaşlarının söz hakkını gözetir.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FB.7.2.1-3. Kuvvet, iş ve enerji ilişkileri kanıta dayalı olarak değerlendirildi. FB.7.3.1. Sindirim sisteminin yapı ve organları görevleriyle eşleştirilerek öğrenme sürecine başlandı.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  <w:ind w:firstLine="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  <w:ind w:firstLine="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  <w:ind w:firstLine="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9 Kasım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ind w:firstLine="255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7. Sınıf Fen Bilimleri 9.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