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7.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3.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7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3.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28 Eylül-2 Ekim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28 Eylül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Sayılar ve Nicelikler 1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Rasyonel Sayılar ve Farklı Temsilleri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MAT.7.1.2. Gerçek yaşam durumlarında rasyonel sayıların ondalık gösterimlerini yansıtabilme.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Bölme işlemini kullanarak rasyonel sayının ondalık gösterimini inceleme; sonlu ve devirli ondalık açılımlara ilişkin örüntü oluşturma.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kesri bölme işlemiyle ilişkilendirebildiği ve ondalık gösterimlerin basamak değerlerini ayırt edebildiği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“Her rasyonel sayıyı ondalık biçimde yazabilir miyiz; bazı açılımların tekrar etmesi bize ne söyler?”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Alışveriş, uzunluk ve paylaşma durumlarında ortaya çıkan kesirlerin bölme işlemiyle ondalık gösterime dönüşmesi üzerinden temsiller arası bağ kurulur.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Kesir şeritleri, bölme işlemi tabloları, hesap makinesi kontrolü, para ve ölçme bağlamı kartları, çalışma kâğıdı.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5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“Her rasyonel sayıyı ondalık biçimde yazabilir miyiz; bazı açılımların tekrar etmesi bize ne söyler?”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kesirleri bölme işlemiyle ondalık gösterime dönüştürme, sonlu-devirli açılımları karşılaştırma ve örüntü cümlesi oluşturma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rasyonel sayılar ve farklı temsilleri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Alışveriş, uzunluk ve paylaşma durumlarında ortaya çıkan kesirlerin bölme işlemiyle ondalık gösterime dönüşmesi üzerinden temsiller arası bağ kurulur.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kesir-bölme-ondalık tablosu, örüntü açıklaması ve doğrulama işlemi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Kesir-bölme-ondalık tablosu, örüntü açıklaması ve doğrulama işlemi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kesir-bölme-ondalık tablosu, örüntü açıklaması ve doğrulama işlemi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Beşinci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Önceki öğrenmeleri ilişkilendirme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çalışmalarından seçilmiş iki farklı çözüm yolunu karşılaştırmaya açar. Öğrencilerden kullanılan temsil, işlem veya gerekçedeki ortak yönleri belirtmelerini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çözümü ile örnek çözümleri karşılaştırır; hangi adımın sonucu güvenilir kıldığını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Karşılaştırma notu ve sözlü gerekçe.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görevi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rasyonel sayılar ve farklı temsilleri kapsamındaki öğrenme çıktısını yeni bir bağlamda kullanmayı gerektiren kısa uygulama görevi verir; gerektiğinde somut materyal ve yönlendirici sorularla destek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uygun matematiksel temsili seçer, çözümünü veya çıkarımını kayıt altına alır ve sonucu kontrol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uygulama ürünü.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Haftalık öğrenme değerlendirmesi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ölçme kanıtlarını gözden geçirir; sonraki hafta için tekrar, destekleme veya zenginleştirme ihtiyacını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öğrenme hedefiyle ilgili öz değerlendirme yapar ve bir sonraki çalışmaya hazırlık sorusunu yanıtlar.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Öz değerlendirme ve öğretmen gözlem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rasyonel sayılar ve farklı temsilleri ile ilgili yeni bir örnek tasarlamaları, kullandıkları matematiksel ilişkiyi ve gerekçesini açıklamaları istenir.</w:t>
      </w:r>
    </w:p>
    <w:p>
      <w:r>
        <w:br w:type="page"/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Gerçek yaşam durumlarında rasyonel sayıların ondalık gösterimlerini yansıtabilme.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Rasyonel sayıların ondalık gösterimleri bölme işlemiyle incelenerek sonlu ve devirli açılımlara ilişkin çıkarımlar yapıldı.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28 Eylül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7. Sınıf Matematik 3.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