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MATEMATİK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12-16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Nicelikler 1</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Rasyonel Sayılarda Karşılaştırma ve Sıralama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MAT.7.1.3. Rasyonel sayıların karşılaştırma ve sıralama ilişkilerini yorumlayabilme.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Rasyonel sayıların karşılaştırma ve sıralama ilişkisini sayı doğrusu, eş değer gösterim ve sembolik ifadeler yoluyla açıklama; farklı çözüm yollarını değerlendirme.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rasyonel sayıları sayı doğrusunda yaklaşık konumlandırabildiği ve ondalık gösterimle karşılaştırma yapabildiği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“Sıralama yaparken hangi durumda sayı doğrusu, hangi durumda eş değer kesir veya ondalık gösterim daha işlevsel olur?”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Bir yarışma puan tablosu veya ölçüm sonuçlarında aynı değerin farklı gösterimlerle verilebileceği; güvenilir sıralama için ortak bir temsil seçmenin gerekli olduğu vurgulanır.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Kesir şeritleri, sayı doğrusu bantları, eş değer kesir kartları, günlük yaşam veri listeleri, çalışma kâğıdı,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5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“Sıralama yaparken hangi durumda sayı doğrusu, hangi durumda eş değer kesir veya ondalık gösterim daha işlevsel olur?”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çözüm stratejisi seçme, rasyonel sayıları ortak temsile dönüştürme, sıralamayı gerekçelendirme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rasyonel sayılarda karşılaştırma ve sıralama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Bir yarışma puan tablosu veya ölçüm sonuçlarında aynı değerin farklı gösterimlerle verilebileceği; güvenilir sıralama için ortak bir temsil seçmenin gerekli olduğu vurgulanır.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sıralama kartları, seçilen stratejinin açıklaması ve kontrol notu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Sıralama kartları, seçilen stratejinin açıklaması ve kontrol notu</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sıralama kartları, seçilen stratejinin açıklaması ve kontrol notu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rasyonel sayılarda karşılaştırma ve sıralama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rasyonel sayılarda karşılaştırma ve sıralama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Rasyonel sayıların karşılaştırma ve sıralama ilişkilerini yorumlayabilme.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Rasyonel sayıların karşılaştırma ve sıralama ilişkileri farklı temsiller kullanılarak gerekçeli biçimde yorumlandı.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Matematik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