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7.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2-6 Kasım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2+3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 Kasım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Nicelikler 1; Geometrik Nicelikler 1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Rasyonel Sayılarla İşlemler ve Problem Çözme; Cisimlerin Farklı Yönlerden Görünümleri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MAT.7.1.4. Rasyonel sayılar ve işlemler içeren gerçek yaşam problemlerini çözebilme. MAT.7.4.1. Eş küplerle oluşturulan yapılar ile görünümleri arasındaki ilişkiyi çözümleyebilme.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Rasyonel sayılarla problem çözme stratejilerini pekiştirme; eş küplerle oluşturulan yapıların ön, üst ve yan görünümlerini çizme ve görünümleri verilen yapıları oluşturma.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rasyonel sayılarla problem çözme adımlarını kullanabildiği ve küp ile temel geometrik cisimleri ayırt edebildiği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yapının yalnızca üstten görünüşüne bakarak tüm yapıyı kesin biçimde belirleyebilir miyiz; hangi ek görünümler gerekir?”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Kutu dizilimleri, sınıf materyallerinin yerleşimi ve üç boyutlu yapılara ait fotoğraflar üzerinden görünüş ile yapı arasındaki ilişki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Birim küpler, izometrik kâğıt, görünüş kartları, sayı doğrusu, problem kartları, çalışma kâğıdı,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2+3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yapının yalnızca üstten görünüşüne bakarak tüm yapıyı kesin biçimde belirleyebilir miyiz; hangi ek görünümler gerekir?”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rasyonel sayılarla problem çözümünü tamamlama, eş küplerle yapı kurma, ön-üst-yan görünüş çizme ve karşılaştırma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rasyonel sayılarla i̇şlemler ve problem çözme; cisimlerin farklı yönlerden görünümleri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Kutu dizilimleri, sınıf materyallerinin yerleşimi ve üç boyutlu yapılara ait fotoğraflar üzerinden görünüş ile yapı arasındaki ilişki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kontrollü problem çözümü, küp yapısı ve farklı yönlerden görünüş çizimleri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Kontrollü problem çözümü, küp yapısı ve farklı yönlerden görünüş çizimleri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kontrollü problem çözümü, küp yapısı ve farklı yönlerden görünüş çizimleri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rasyonel sayılarla i̇şlemler ve problem çözme; cisimlerin farklı yönlerden görünümleri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rasyonel sayılarla i̇şlemler ve problem çözme; cisimlerin farklı yönlerden görünümleri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Rasyonel sayılar ve işlemler içeren gerçek yaşam problemlerini çözebilme. MAT.7.4.1. Eş küplerle oluşturulan yapılar ile görünümleri arasındaki ilişkiyi çözümleyebilme.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Rasyonel sayılarla problem çözme stratejileri pekiştirilerek eş küplerle oluşturulan yapıların farklı yönlerden görünümleri çözümlendi.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 Kasım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7. Sınıf Matematik 8.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