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MATEMATİK DERS PLANI</w:t>
      </w:r>
    </w:p>
    <w:p>
      <w:pPr>
        <w:pStyle w:val="Title"/>
        <w:spacing w:after="180"/>
      </w:pPr>
      <w:r>
        <w:rPr>
          <w:rFonts w:ascii="Times New Roman" w:hAnsi="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9-13 Kasım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2+2+1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9 Kasım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Geometrik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Dikdörtgenler Prizmasının Hacmi ve Yüzey Alanı</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MAT.7.4.2. Dikdörtgenler prizmasının yüzey alanını yorumlayabilme. MAT.7.4.3. Dikdörtgenler prizmasının hacmini eş nesneler aracılığıyla yorumlayabilme. MAT.7.4.4. Dikdörtgenler prizmasının hacim bağıntısını değerlendirebilme.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Dikdörtgenler prizmasının yüzey açınımlarını inceleme, yüzey alanını ilişkilendirme; eş küplerle hacmi modelleme ve hacim bağıntısını birim küp sayısından hareketle değerlendirme.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dikdörtgen, dikdörtgenler prizması ve birim küp kavramlarını ayırt edebildiği; alanı kare birimlerle ilişkilendirebildiği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kutuyu kaplamak için gereken malzeme ile içine sığan miktar neden aynı işlemle bulunmaz?”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Kutu, paketleme ve depolama örnekleri üzerinden bir cismin kapladığı alan ile içine sığdırabileceği miktarın farklı nicelikler olduğu fark ettirilir.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Açınım şablonları, dikdörtgenler prizması modelleri, birim küpler, kareli kâğıt, cetvel, Atatürk Haftası temalı veri kartları,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2+2+1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kutuyu kaplamak için gereken malzeme ile içine sığan miktar neden aynı işlemle bulunmaz?”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açınım oluşturma, yüzey alanı hesaplama, eş küplerle hacim modelleme ve bağıntıyı gerekçelendirme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dikdörtgenler prizmasının hacmi ve yüzey alanı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Kutu, paketleme ve depolama örnekleri üzerinden bir cismin kapladığı alan ile içine sığdırabileceği miktarın farklı nicelikler olduğu fark ettirilir.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açınım-yüzey alanı tablosu, birim küp modeli, hacim bağıntısı ve gerekçeli problem çözümü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Açınım-yüzey alanı tablosu, birim küp modeli, hacim bağıntısı ve gerekçeli problem çözümü</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açınım-yüzey alanı tablosu, birim küp modeli, hacim bağıntısı ve gerekçeli problem çözümü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dikdörtgenler prizmasının hacmi ve yüzey alanı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dikdörtgenler prizmasının hacmi ve yüzey alanı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Dikdörtgenler prizmasının yüzey alanını yorumlayabilme. MAT.7.4.3. Dikdörtgenler prizmasının hacmini eş nesneler aracılığıyla yorumlayabilme. MAT.7.4.4. Dikdörtgenler prizmasının hacim bağıntısını değerlendirebilme.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Dikdörtgenler prizmasının yüzey alanı ve hacmi açınım ile birim küplerden yararlanılarak yorumlandı ve hacim bağıntısı değerlendirildi.</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9 Kasım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Matematik 9.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