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FEN BİLİMLERİ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3.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28 Eylül-2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28 Eylül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Mevsimler ve İklim</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Konu / İçerik</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İklim ve Hava Olayları</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Kazanım / Kazanımlar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F.8.1.2.1. İklim ve hava olayları arasındaki farkı açıklar.</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Öğrenme Süreci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Kısa süreli gözlem verileri ile uzun süreli ortalama verileri ayırt etme; iklim ve hava olayı kavramlarını ölçütleriyle karşılaştırma.</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Veri okuryazarlığı, sınıflandırma, karşılaştırma, bilimsel iletişim ve eleştirel düşünme.</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Değerler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Gerçeği arama, sorumluluk, açık fikirlilik, saygı ve duyarlılık.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mevsimlerin uzun süreli döngülerle ilişkisini ve günlük hava koşullarını gözlemleyebildiğini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“Bugün yağmur yağması bir bölgenin iklimini gösterir mi; bir yargıya varmak için ne kadar ve hangi tür veriye ihtiyaç vardır?”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Günlük kıyafet seçimi veya yağmura hazırlık gibi kararların hava olayına, tarım ve yerleşim düzeni gibi uzun süreli kararların iklime bağlı olabileceği vurgulanır.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Günlük hava durumu görselleri, aylık-sıcaklık yağış grafiği örnekleri, iklim kartları, haber başlığı örnekleri, karşılaştırma şablonu.</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Güncel hava durumu bilgileri doğrulanmış kaynaklardan incelenir; aşırı hava olayı örnekleri korkutucu ayrıntılardan kaçınılarak yaş düzeyine uygun ele alınır.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“Bugün yağmur yağması bir bölgenin iklimini gösterir mi; bir yargıya varmak için ne kadar ve hangi tür veriye ihtiyaç vardır?”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Hava durumu ile iklim ifadelerini süre, veri türü ve değişkenlik ölçütlerine göre sınıflandırma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i̇klim ve hava olayları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güncel hava durumu bilgileri doğrulanmış kaynaklardan incelenir; aşırı hava olayı örnekleri korkutucu ayrıntılardan kaçınılarak yaş düzeyine uygun ele alınır.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i̇klim ve hava olaylarının süre, gözlem alanı, değişkenlik ve örnek ifadeler bakımından karşılaştırıldığı tablo ile yanlış ifadelerin düzeltilmiş biçimi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veri gerekçeli sınıflandırma ve kısa kavram kontrolü.</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i̇klim ve hava olaylarının süre, gözlem alanı, değişkenlik ve örnek ifadeler bakımından karşılaştırıldığı tablo ile yanlış ifadelerin düzeltilmiş biçimi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i̇klim ve hava olayları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İklim ve hava olayları arasındaki farkı açıklar.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F.8.1.2.1. İklim ve hava olayları; süre, gözlem verisi ve değişkenlik özellikleri bakımından karşılaştırılarak açıklandı.</w:t>
      </w:r>
    </w:p>
    <w:p>
      <w:pPr>
        <w:pStyle w:val="Heading1"/>
        <w:keepNext/>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20"/>
        </w:rPr>
        <w:t>Öğrencilerin en çok zorlandığı kavram veya ilişki: ........................................................................................................................................</w:t>
      </w:r>
    </w:p>
    <w:p>
      <w:pPr>
        <w:spacing w:after="120"/>
        <w:ind w:firstLine="0"/>
        <w:jc w:val="left"/>
      </w:pPr>
      <w:r>
        <w:rPr>
          <w:rFonts w:ascii="Times New Roman" w:hAnsi="Times New Roman"/>
          <w:b w:val="0"/>
          <w:color w:val="000000"/>
          <w:sz w:val="20"/>
        </w:rPr>
        <w:t>Bir sonraki uygulamada korunacak ya da değiştirilecek öğretim adımı: ..................................................................................................................</w:t>
      </w:r>
    </w:p>
    <w:p>
      <w:pPr>
        <w:spacing w:after="120"/>
        <w:ind w:firstLine="0"/>
        <w:jc w:val="left"/>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28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Fen Bilimleri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