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5-9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 ve İklim / DNA ve Genetik Kod</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İklim Bilimi ve DNA'ya Giriş</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F.8.1.2.2. İklim biliminin bir bilim dalı olduğunu ve bu alanda çalışan uzmanlara iklim bilimci adı verildiğini söyler. F.8.2.1.1. Nükleotid, gen, DNA ve kromozom kavramlarını açıklar.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İklim bilimcisinin çalışma alanını açıklama; canlılarda kalıtsal bilgiyi taşıyan yapıların bütün-parça ilişkisini kavram haritasıyla kurma.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Bilgi toplama, kavram haritalama, ilişki kurma, görsel okuryazarlık ve iletişim.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çalışkanlık, sorumluluk, saygı ve bilimsel etik.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iklim ve hava olayları arasındaki farkı ayırt edebildiği; hücre ve çekirdek kavramlarını önceki öğrenmelerinden hatırladığı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“İklim bilimi hangi verilerle çalışır; çok küçük bir hücrede kalıtsal bilgiyi taşıyan yapılar birbirine nasıl bağlanır?”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İklim bilimcinin uzun süreli verilerden anlamlı sonuç üretmesi ile genetik bilginin hücre içinde düzenli biçimde taşınması arasında veri ve düzen kavramları üzerinden bağ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İklim araştırması görselleri, güvenilir kaynak kartları, hücre-çekirdek-kromozom-DNA-gen-nükleotid şeması, kavram kartları, çalışma kâğıdı.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Dijital kaynaklar güvenilirlik ölçütleriyle seçilir; biyolojik yapı görselleri yalnızca eğitim amacıyla ve yaş düzeyine uygun biçimde kullanılır.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“İklim bilimi hangi verilerle çalışır; çok küçük bir hücrede kalıtsal bilgiyi taşıyan yapılar birbirine nasıl bağlanır?”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İklim bilimi kaynaklarını çözümleme ve hücreden nükleotide uzanan kalıtsal bilgi zincirini kavram kartlarıyla yapılandırma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i̇klim bilimi ve dna'ya giriş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dijital kaynaklar güvenilirlik ölçütleriyle seçilir; biyolojik yapı görselleri yalnızca eğitim amacıyla ve yaş düzeyine uygun biçimde kullanılır.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i̇klim bilimcisinin çalışma alanını açıklayan kısa bilgi notu ve hücre-çekirdek-kromozom-dna-gen-nükleotid ilişkisini gösteren etiketli kavram haritası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Kavram kartı sıralaması, kavram haritası ve açıklama cümleleri.</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i̇klim bilimcisinin çalışma alanını açıklayan kısa bilgi notu ve hücre-çekirdek-kromozom-dna-gen-nükleotid ilişkisini gösteren etiketli kavram haritası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i̇klim bilimi ve dna'ya giriş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İklim biliminin bir bilim dalı olduğunu ve bu alanda çalışan uzmanlara iklim bilimci adı verildiğini söyler. F.8.2.1.1. Nükleotid, gen, DNA ve kromozom kavramlarını açıklar.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F.8.1.2.2. İklim bilimi ve iklim bilimci açıklandı. F.8.2.1.1. Nükleotid, gen, DNA ve kromozom kavramlarının ilişkisi kavram haritasıyla işlendi.</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