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8. SINIF FEN BİLİMLERİ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Fen Bilimleri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9-13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DNA ve Genetik Kod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Konu / İçerik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Biyoteknoloji Uygulamaları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Kazanım / Kazanımlar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F.8.2.5.1. Biyoteknoloji uygulamalarının olumlu ve olumsuz etkilerini tartışır.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Süreci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Biyoteknoloji uygulamalarını amaç ve etki bakımından inceleme; kanıta dayalı yarar-risk değerlendirmesi yapma; etik ilkelere uygun tartışma yürütme.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Eleştirel düşünme, kaynak değerlendirme, kanıt kullanma, tartışma ve karar verme.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9F0E6" w:val="clear"/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Sorumluluk, adalet, saygı, dürüstlük ve bilimsel etik.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DNA, kalıtım, mutasyon, modifikasyon ve adaptasyon kavramlarını önceki haftalardaki çalışmalarla ilişkilendirebildiği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biyoteknoloji uygulamasını yalnızca yararlı ya da zararlı diye sınıflamak yeterli midir; karar verirken hangi kanıt ve etik ilkelere bakmalıyız?” sorusu yöneltilir. Cevaplar not vermek amacıyla değil, ders sürecinde verilecek desteği belirlemek amacıyla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Aşı, ilaç üretimi, tarım ve çevre çalışmalarında bilimsel gelişmelerin hem yarar hem de dikkatle değerlendirilmesi gereken yönleri olabileceği vurgulanır.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Biyoteknoloji uygulama kartları, güvenilir kaynak özetleri, yarar-risk matrisi, tartışma kuralları posteri, değerlendirme formu.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Güvenlik ve kaynak kullanımı: </w:t>
      </w:r>
      <w:r>
        <w:rPr>
          <w:rFonts w:ascii="Times New Roman" w:hAnsi="Times New Roman"/>
          <w:b w:val="0"/>
          <w:color w:val="000000"/>
          <w:sz w:val="20"/>
        </w:rPr>
        <w:t>Tartışmalar doğrulanmış kaynaklarla yürütülür; sağlık veya kişisel genetik bilgi paylaşımı istenmez, farklı görüşlere saygı gösterilir.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40 dakikalık dört ders saati dikkate alınarak hazırlanmıştır. Okulun ders çizelgesine ve sınıfın hazırbulunuşluk düzeyine göre etkinlik süreleri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biyoteknoloji uygulamasını yalnızca yararlı ya da zararlı diye sınıflamak yeterli midir; karar verirken hangi kanıt ve etik ilkelere bakmalıyız?” sorusunu yöneltir. Öğrencilerin ilk düşüncelerini not verirken kullanmadan toplar; farklı yanıtları birbirine karşıt görüşler olarak değil, araştırılacak fikirler olarak sınıflandırır.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soru hakkında kısa tahmin yazar veya sözlü paylaşım yapar. Hangi bilgiyi bildiğini, hangisini araştırmak istediğini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Tahmin kartı veya başlangıç cümlesi; öğrencinin ön bilgisi ve araştırma sorusu.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Biyoteknoloji örneklerini kaynak kartlarıyla araştırma, yarar-risk matrisi oluşturma ve yapılandırılmış tartışma yürütme için gerekli materyalleri tanıtır. Açıklamayı tek yönlü vermek yerine, öğrencilerin gözlem ve kaynaklardan hareketle kavramlar arası ilişki kurmasına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materyalleri kullanarak biyoteknoloji uygulamaları ile ilgili gözlem, eşleştirme veya kısa araştırma yapar. Bulgularını ortak çalışma kâğıdına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ilk bulgular, kullanılan kavramların doğru yerleştirilmesi.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Kısa değerlendirme ve bağ kurma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inceler. Yanıtlar arasındaki benzerlikleri ve açıkta kalan soruları görünür hâle getirir; sonraki ders için gerekli kavramları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bulgularından birini sınıfla paylaşır ve arkadaşının açıklamasına kanıt ya da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Araştırma veya deney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etkinlikte izlenecek adımları ve tartışmalar doğrulanmış kaynaklarla yürütülür; sağlık veya kişisel genetik bilgi paylaşımı istenmez, farklı görüşlere saygı gösterilir. Açık uçlu bir soru ile hangi değişkenin, bilginin veya model bileşeninin takip edileceğini belirletir.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yapar; gözlemci, kayıt sorumlusu, materyal sorumlusu ve sözcü görevlerinden birini seçer. Çalışma kâğıdında takip edeceği kanıtı işaretler.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gözlem/araştırma adımı.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Uygulama ve veri kaydı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grupları dolaşarak seçilen bir biyoteknoloji uygulamasının amacı, olası yararı, dikkat edilmesi gereken yönü ve kanıt kaynağını gösteren yarar-risk matrisi sürecinde öğrencilerin gözlem ile yorumu ayırt etmelerini sağlar. Gerekirse soruyla yönlendirir; doğrudan cevabı vermeden kaydı yeniden kontrol ettirir.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uygulama sonucunda elde ettikleri gözlem, ölçüm, karşılaştırma veya model ayrıntılarını kaydeder. Farklı bulgu görüldüğünde bunun nedenini tartışır.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Yarar-risk matrisi, kaynak notu, tartışma katkısı ve çıkış bileti.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grupların ürünlerini belirlenen ölçütler üzerinden karşılaştırmalarını sağlar. Yanlış ya da eksik ilişki görüldüğünde öğrencinin bulgularına dönerek iyileştirme yapmasını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ürününde bir güçlü yönü ve bir geliştirme noktasını belirler;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güncellenmiş kayıt veya model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kavram haritası veya tablo oluşturur. Öğrencilerin kullandığı verilerden hangi sonuca ulaşılabileceğini, sonucu kanıtın dışına taşırmadan ifade etmelerini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grubunun bulgusunu kavram haritasına veya ortak tabloya ekler. Başka grubun bulgusuyla benzerlik ve farklılıkları söyler.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Ortak tablo/kavram haritasına doğru katkı ve kanıtla uyumlu açıklama.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seçilen bir biyoteknoloji uygulamasının amacı, olası yararı, dikkat edilmesi gereken yönü ve kanıt kaynağını gösteren yarar-risk matrisi oluşturmalarını ister. Üründe kavramın doğru kullanımı, kanıtın görünür olması ve anlaşılır bir açıklama ölçütleri hatırlatılır.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 hazırlar. Yazmakta zorlanan öğrenci çizim, etiket, şema ya da sözlü açıklama yoluyla öğrenmesini gösterebilir.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ölçütlere göre yapılan akran/öz değerlendirme.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hazırlanan ürünlerin günlük yaşamdaki bir durumla bağını kuran sorular yöneltir. Öğrencilerden kavramı ezber cümlesiyle değil, somut bir örneği gerekçelendirerek açıklamalarını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sunar; öğrendiği kavramın günlük yaşamdaki bir kullanımını veya etkisini ifade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Kısa sunum ve transfer sorusuna verilen gerekçeli yanıt.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eşleştirme, yapılandırılmış grid, kısa cevaplı soru veya şema tamamlama etkinliği uygular. Soruların öğrenme çıktısındaki ilişkiyi ölçmesine dikkat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olarak etkinliği tamamlar; sonrasında bir sorunun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 ve açıklama süreci.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desteğe ihtiyaç duyan öğrenciler için daha somut kart, şema veya model seçeneği; hızlı ilerleyen öğrenciler için ise yeni bir durum üzerinde açıklama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ihtiyaçlarına uygun görevi seçer; öğretmenden ve arkadaşından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 ve öğrenme kanıtının görünür hâle gelmesi.</w:t>
      </w:r>
    </w:p>
    <w:p>
      <w:pPr>
        <w:pStyle w:val="Stage"/>
        <w:keepNext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en önemli ilişki...”, “Bunu gösteren kanıt...” ve “Bir sonraki derste merak ettiğim...” cümlelerini içeren çıkış biletini verir. Cevapları sonraki dersin planlamasında kullanır.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üç cümlelik çıkış biletini tamamlar. Kendi öğrenmesini değerlendirir ve gerektiğinde destek isteğini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öğretmenin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 veya ilişkiyi ayırt etmekte zorlanan öğrenciler için görsel kartlar, yarı tamamlanmış tablo/şema, kısa yönerge ve öğretmen modellemesi kullanılır. Öğrencinin yazılı ürün yerine çizim, etiketleme ya da sözlü açıklama seçeneği kullanmasına imkân verilir.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biyoteknoloji uygulamaları ile ilgili yeni bir günlük yaşam örneği geliştirmeleri, örneğin hangi kanıt ya da gözlemle desteklendiğini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Değerlendirme; süreç içi gözlem, çalışma kâğıdı, öğrenci ürünü, akran/öz değerlendirme ve çıkış bileti birlikte kullanılarak yürütülür. Öğrencinin yalnızca sonucu değil, kanıtı kullanma, gerekçelendirme ve geri bildirimden yararlanma biçimi de dikkate alınır.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 w:val="clear"/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Biyoteknoloji uygulamalarının olumlu ve olumsuz etkilerini tartışır.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Etkinlikte kullanılan bilgi, veri veya model ile sonucunu ilişkilendirir.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Grup çalışmasında görev alır, materyali ve arkadaşlarının söz hakkını gözetir.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  <w:tr>
        <w:tc>
          <w:tcPr>
            <w:tcW w:type="dxa" w:w="6236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1644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  <w:tc>
          <w:tcPr>
            <w:tcW w:type="dxa" w:w="170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F.8.2.5.1. Biyoteknoloji uygulamalarının olumlu ve olumsuz etkileri kanıt ve etik ilkeler dikkate alınarak tartışıldı.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  <w:ind w:firstLine="0"/>
        <w:jc w:val="left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  <w:ind w:firstLine="0"/>
        <w:jc w:val="left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  <w:ind w:firstLine="0"/>
        <w:jc w:val="left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9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ind w:firstLine="255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8. Sınıf Fen Bilimleri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