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8.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14-18 Eylül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14 Eylül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Unit 1 Friendship</w:t>
              <w:br/>
              <w:t>Davet kabul etme veya reddetme, özür dileme, gerekçe sunma ve basit sorgulamalar.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E8.1.L1, E8.1.SI1, E8.1.SP1, E8.1.R1, E8.1.R2, E8.1.W1.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Would you like to, I am sorry but, sounds fun, why not.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Davet diyaloğu kartı.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arkadaşlık ve davet bağlamındaki kısa konuşmaları anlayıp uygun tepki vermelerini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Unit 1 Friendship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Arkadaşlık ve davet görselleri üzerinden ön bilgi oluşturulması.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davet diyaloglarının dinlenmesi ve amaçlarının belirlenmesi.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Davet kabul-red ifadeleriyle rol oynama.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Davet diyaloğu kartının yazılması.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davet diyaloğu kartı.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Would you like to, I am sorry but, sounds fun, why not.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Davet diyaloğu kartı.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