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8.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28 Eylül-2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28 Eylül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Unit 1 Friendship</w:t>
              <w:br/>
              <w:t>Ünite sonu bütünleştirilmiş beceri çalışması.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Ünite 1 kazanımlarının uygun bağlamda kullanılması.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apologize, reason, invitation, join, maybe another time.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Davet ve yanıt e-postası.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davet, özür ve gerekçe ifadelerini bağımsız olarak kullanmalarını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Unit 1 Friendship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Örnek davet e-postasının biçim ve içerik bakımından incelenmesi.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davet veya yanıt e-postası yazması.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Metinlerin akran kontrol listesiyle değerlendirilmesi.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Sözlü mini paylaşım ve öz değerlendirme.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davet ve yanıt e-postası.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apologize, reason, invitation, join, maybe another time.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Davet ve yanıt e-postası.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