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8. SINIF MATEMATİK DERS PLANI</w:t>
      </w:r>
    </w:p>
    <w:p>
      <w:pPr>
        <w:pStyle w:val="Title"/>
        <w:spacing w:after="180"/>
      </w:pPr>
      <w:r>
        <w:rPr>
          <w:rFonts w:ascii="Times New Roman" w:hAnsi="Times New Roman"/>
          <w:b/>
          <w:color w:val="000000"/>
          <w:sz w:val="24"/>
        </w:rPr>
        <w:t>2.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Matematik</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8 / ............</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 Hafta</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21-25 Eylül 2026</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5 ders saati</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21 Eylül 2026 Pazartesi</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Tema / Ünite</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Sayılar ve İşlemler</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İçerik Çerçevesi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Çarpanlar ve Katlar</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M.8.1.1.2. İki doğal sayının en büyük ortak bölenini (EBOB) ve en küçük ortak katını (EKOK) hesaplar, ilgili problemleri çözer. M.8.1.1.3. Verilen iki doğal sayının aralarında asal olup olmadığını belirler.</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Ortak bölen ve ortak katları listeleme; EBOB-EKOK hesaplama yollarını karşılaştırma; aralarında asal olmayı bölen ilişkisi üzerinden değerlendirme.</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Seçilen Beceriler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Muhakeme, matematiksel temsil, iletişim, problem çözme, dijital ve görsel okuryazarlık.</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Değerler ve Eğilimler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Çalışkanlık, sorumluluk, estetik, iş birliği ve açık fikirlilik.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bir sayının çarpanlarını ve katlarını sistemli biçimde bulabildiği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“İki sayının ortak özelliklerini bulurken hangi durumda en büyük ortak böleni, hangi durumda en küçük ortak katı kullanırız?” sorusu yöneltilir. Cevaplar not vermek için değil, ders sürecinde verilecek desteği belirlemek için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Aynı anda tekrarlanan etkinlikler, eşit gruplama ve malzeme paketleme durumlarında ortak bölen-kat ihtiyacı üzerinden EBOB ve EKOK anlamlandırılır.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Çarpan-kat kartları, Venn şeması, sayı doğrusu şeritleri, problem kartları, çalışma kağıdı, akıllı tahta.</w:t>
      </w:r>
    </w:p>
    <w:p>
      <w:pPr>
        <w:spacing w:after="140" w:line="264" w:lineRule="auto"/>
        <w:ind w:firstLine="255"/>
      </w:pPr>
      <w:r>
        <w:rPr>
          <w:rFonts w:ascii="Times New Roman" w:hAnsi="Times New Roman"/>
          <w:b/>
          <w:color w:val="000000"/>
          <w:sz w:val="20"/>
        </w:rPr>
        <w:t xml:space="preserve">Kaynak ve güvenlik: </w:t>
      </w:r>
      <w:r>
        <w:rPr>
          <w:rFonts w:ascii="Times New Roman" w:hAnsi="Times New Roman"/>
          <w:b w:val="0"/>
          <w:color w:val="000000"/>
          <w:sz w:val="20"/>
        </w:rPr>
        <w:t>Matematiksel araçlar amaçlarına uygun, dikkatli ve ortak kullanım kurallarına uygun biçimde kullanılır. Dijital içerik ve görseller öğretmen rehberliğinde, dersin öğrenme çıktısıyla ilişki kuracak şekilde seçilir.</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5 ders saati esas alınarak hazırlanmıştır. Okulun ders çizelgesi, resmî tatiller, okul temelli planlama ve sınıfın hazırbulunuşluk düzeyine göre uygulama süresi yeniden düzenlenebilir.</w:t>
      </w:r>
    </w:p>
    <w:p>
      <w:pPr>
        <w:pStyle w:val="Heading2"/>
        <w:keepNext/>
      </w:pPr>
      <w:r>
        <w:rPr>
          <w:rFonts w:ascii="Times New Roman" w:hAnsi="Times New Roman"/>
          <w:b/>
          <w:color w:val="000000"/>
          <w:sz w:val="21"/>
        </w:rPr>
        <w:t>Birinci Ders Saati</w:t>
      </w:r>
    </w:p>
    <w:p>
      <w:pPr>
        <w:pStyle w:val="Stage"/>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sayının ortak özelliklerini bulurken hangi durumda en büyük ortak böleni, hangi durumda en küçük ortak katı kullanırız?” sorusunu yöneltir. Öğrencilerin ilk düşüncelerini not vermek için değil, kullanılacak örnekleri ve desteği belirlemek için toplar.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tahminini yazar veya sözlü paylaşır; bildiği ile araştırması gereken noktayı ayırır.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ve öğretmen gözlem notu.</w:t>
      </w:r>
    </w:p>
    <w:p>
      <w:pPr>
        <w:pStyle w:val="Stage"/>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çarpan-kat listeleri oluşturma, venn şemasıyla ortakları ayırma, ebob-ekok problemi çözme ve aralarında asallığı gerekçelendirme sürecinde gerekli araçları tanıtır ve öğrencilerin işlem basamaklarını gerekçelendirmesine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çarpanlar ve katlar ile ilgili çizim, ölçme, sınıflandırma veya sayı çalışmasını yaparak bulgusunu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bulgular ve doğru araç kullanımı.</w:t>
      </w:r>
    </w:p>
    <w:p>
      <w:pPr>
        <w:pStyle w:val="Stage"/>
      </w:pPr>
      <w:r>
        <w:rPr>
          <w:rFonts w:ascii="Times New Roman" w:hAnsi="Times New Roman"/>
          <w:b/>
          <w:color w:val="000000"/>
          <w:sz w:val="20"/>
        </w:rPr>
        <w:t>Kısa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benzer çözümleri ve açıklama gerektiren noktaları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paylaşır, arkadaşının açıklamasına kanıt veya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yansıtma notu.</w:t>
      </w:r>
    </w:p>
    <w:p>
      <w:pPr>
        <w:pStyle w:val="Heading2"/>
        <w:keepNext/>
      </w:pPr>
      <w:r>
        <w:rPr>
          <w:rFonts w:ascii="Times New Roman" w:hAnsi="Times New Roman"/>
          <w:b/>
          <w:color w:val="000000"/>
          <w:sz w:val="21"/>
        </w:rPr>
        <w:t>İkinci Ders Saati</w:t>
      </w:r>
    </w:p>
    <w:p>
      <w:pPr>
        <w:pStyle w:val="Stage"/>
      </w:pPr>
      <w:r>
        <w:rPr>
          <w:rFonts w:ascii="Times New Roman" w:hAnsi="Times New Roman"/>
          <w:b/>
          <w:color w:val="000000"/>
          <w:sz w:val="20"/>
        </w:rPr>
        <w:t>Uygulama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çalışmanın adımlarını ve araçların güvenli kullanımını açıklar. Aynı anda tekrarlanan etkinlikler, eşit gruplama ve malzeme paketleme durumlarında ortak bölen-kat ihtiyacı üzerinden EBOB ve EKOK anlamlandırılır. bağlantısını kuracak sorular yöneltir.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ve hangi ölçüm, çizim veya örüntüyü takip edeceğini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çalışma adımı.</w:t>
      </w:r>
    </w:p>
    <w:p>
      <w:pPr>
        <w:pStyle w:val="Stage"/>
      </w:pPr>
      <w:r>
        <w:rPr>
          <w:rFonts w:ascii="Times New Roman" w:hAnsi="Times New Roman"/>
          <w:b/>
          <w:color w:val="000000"/>
          <w:sz w:val="20"/>
        </w:rPr>
        <w:t>Uygulama ve kayıt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ebob-ekok tablosu, problem çözüm planı ve aralarında asal olma gerekçesi oluşturmaları sırasında öğrencilerin işlem sonucu ile gerekçesini ayırmasına yardımcı olur.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çizim, ölçüm, tablo veya sayı örneğini oluşturur; sonucu kontrol eder ve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EBOB-EKOK tablosu, problem çözüm planı ve aralarında asal olma gerekçesi</w:t>
      </w:r>
    </w:p>
    <w:p>
      <w:pPr>
        <w:pStyle w:val="Stage"/>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ürünleri belirlenen ölçütlerle karşılaştırır; eksik veya hatalı ilişkide öğrenciyi kendi işlem basamaklarına döndürerek düzeltmeye yönlendirir.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ürünündeki bir güçlü yönü ve bir geliştirme noktasını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düzeltilmiş öğrenci ürünü.</w:t>
      </w:r>
    </w:p>
    <w:p>
      <w:pPr>
        <w:pStyle w:val="Heading2"/>
        <w:keepNext/>
      </w:pPr>
      <w:r>
        <w:rPr>
          <w:rFonts w:ascii="Times New Roman" w:hAnsi="Times New Roman"/>
          <w:b/>
          <w:color w:val="000000"/>
          <w:sz w:val="21"/>
        </w:rPr>
        <w:t>Üçüncü Ders Saati</w:t>
      </w:r>
    </w:p>
    <w:p>
      <w:pPr>
        <w:pStyle w:val="Stage"/>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tablo veya kavram haritası oluşturur. Sonucun hangi çizim, ölçüm veya örüntüden çıkarıldığını açıklatır.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ortak tabloya ekler; başka grubun bulgusuyla benzerlik ve farklılıkları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Kanıtla uyumlu açıklama.</w:t>
      </w:r>
    </w:p>
    <w:p>
      <w:pPr>
        <w:pStyle w:val="Stage"/>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ebob-ekok tablosu, problem çözüm planı ve aralarında asal olma gerekçesi tamamlamalarını ister; matematiksel gösterimin doğruluğu ve açıklamanın anlaşılır olması ölçütlerini hatırlatır.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ürününü hazırlar; gerektiğinde çizim, etiketleme ve sözlü açıklama kullanır.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akran/öz değerlendirme.</w:t>
      </w:r>
    </w:p>
    <w:p>
      <w:pPr>
        <w:pStyle w:val="Stage"/>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kavramın günlük yaşamda veya yeni bir matematiksel durumda nasıl kullanılabileceğini sorar.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ve kullandığı ilişkiyi yeni bir örnekle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transfer yanıtı.</w:t>
      </w:r>
    </w:p>
    <w:p>
      <w:pPr>
        <w:pStyle w:val="Heading2"/>
        <w:keepNext/>
      </w:pPr>
      <w:r>
        <w:rPr>
          <w:rFonts w:ascii="Times New Roman" w:hAnsi="Times New Roman"/>
          <w:b/>
          <w:color w:val="000000"/>
          <w:sz w:val="21"/>
        </w:rPr>
        <w:t>Dördüncü Ders Saati</w:t>
      </w:r>
    </w:p>
    <w:p>
      <w:pPr>
        <w:pStyle w:val="Stage"/>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yapılandırılmış kısa soru, şema tamamlama veya eşleştirme etkinliği uygular.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etkinliği bireysel tamamlar; bir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w:t>
      </w:r>
    </w:p>
    <w:p>
      <w:pPr>
        <w:pStyle w:val="Stage"/>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duyanlar için daha somut model ve yarı tamamlanmış şema; hızlı ilerleyenler için yeni durum üzerinde gerekçelendirme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ihtiyacına uygun görevi seçer ve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w:t>
      </w:r>
    </w:p>
    <w:p>
      <w:pPr>
        <w:pStyle w:val="Stage"/>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ilişki...”, “Bunu gösteren kanıt...” ve “Bir sonraki derste merak ettiğim...” cümlelerini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çıkış biletini tamamlar ve gerekli desteği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sonraki haftaya ilişkin yansıtma notu.</w:t>
      </w:r>
    </w:p>
    <w:p>
      <w:pPr>
        <w:pStyle w:val="Heading2"/>
        <w:keepNext/>
      </w:pPr>
      <w:r>
        <w:rPr>
          <w:rFonts w:ascii="Times New Roman" w:hAnsi="Times New Roman"/>
          <w:b/>
          <w:color w:val="000000"/>
          <w:sz w:val="21"/>
        </w:rPr>
        <w:t>Beşinci Ders Saati</w:t>
      </w:r>
    </w:p>
    <w:p>
      <w:pPr>
        <w:pStyle w:val="Stage"/>
      </w:pPr>
      <w:r>
        <w:rPr>
          <w:rFonts w:ascii="Times New Roman" w:hAnsi="Times New Roman"/>
          <w:b/>
          <w:color w:val="000000"/>
          <w:sz w:val="20"/>
        </w:rPr>
        <w:t>Önceki öğrenmeleri ilişkilendirme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haftanın çalışmalarından seçilmiş iki farklı çözüm yolunu karşılaştırmaya açar. Öğrencilerden kullanılan temsil, işlem veya gerekçedeki ortak yönleri belirtmelerini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çözümü ile örnek çözümleri karşılaştırır; hangi adımın sonucu güvenilir kıldığını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notu ve sözlü gerekçe.</w:t>
      </w:r>
    </w:p>
    <w:p>
      <w:pPr>
        <w:pStyle w:val="Stage"/>
      </w:pPr>
      <w:r>
        <w:rPr>
          <w:rFonts w:ascii="Times New Roman" w:hAnsi="Times New Roman"/>
          <w:b/>
          <w:color w:val="000000"/>
          <w:sz w:val="20"/>
        </w:rPr>
        <w:t>Uygulama görevi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çarpanlar ve katlar kapsamındaki öğrenme çıktısını yeni bir bağlamda kullanmayı gerektiren kısa uygulama görevi verir; gerektiğinde somut materyal ve yönlendirici sorularla destek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uygun matematiksel temsili seçer, çözümünü veya çıkarımını kayıt altına alır ve sonucu kontrol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uygulama ürünü.</w:t>
      </w:r>
    </w:p>
    <w:p>
      <w:pPr>
        <w:pStyle w:val="Stage"/>
      </w:pPr>
      <w:r>
        <w:rPr>
          <w:rFonts w:ascii="Times New Roman" w:hAnsi="Times New Roman"/>
          <w:b/>
          <w:color w:val="000000"/>
          <w:sz w:val="20"/>
        </w:rPr>
        <w:t>Haftalık öğrenme değerlendirmesi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ölçme kanıtlarını gözden geçirir; sonraki hafta için tekrar, destekleme veya zenginleştirme ihtiyacını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haftanın öğrenme hedefiyle ilgili öz değerlendirme yapar ve bir sonraki çalışmaya hazırlık sorusunu yanıtlar.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Öz değerlendirme ve öğretmen gözlem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Kavramı veya işlem basamağını ayırt etmekte zorlanan öğrenciler için somut materyal, yarı tamamlanmış çizim/tablo, kısa yönerge ve öğretmen modellemesi kullanılır. Öğrenci öğrenmesini çizim, etiketleme ya da sözlü açıklama yoluyla da gösterebilir.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çarpanlar ve katlar ile ilgili yeni bir örnek tasarlamaları, kullandıkları matematiksel ilişkiyi ve gerekçesini açıklamaları istenir.</w:t>
      </w:r>
    </w:p>
    <w:p>
      <w:r>
        <w:br w:type="page"/>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akran/öz değerlendirme ve çıkış bileti birlikte kullanılır. Öğrencinin yalnızca sonucu değil, matematiksel temsilini, gerekçelendirmesini ve geri bildirimden yararlanma biçimi de değerlendirilir.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İki doğal sayının en büyük ortak bölenini (EBOB) ve en küçük ortak katını (EKOK) hesaplar, ilgili problemleri çözer. M.8.1.1.3. Verilen iki doğal sayının aralarında asal olup olmadığını belirler.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Çizim, ölçüm, tablo veya temsilini doğru matematiksel gösterimle ilişkilendirir.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Çözümünün veya çıkarımının gerekçesini açıklar.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Geri bildirimden yararlanarak ürününde en az bir iyileştirme yapar.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İki doğal sayının EBOB ve EKOK'u hesaplanarak ilgili problemler çözüldü; aralarında asal sayılar belirlendi.</w:t>
      </w:r>
    </w:p>
    <w:p>
      <w:pPr>
        <w:pStyle w:val="Heading1"/>
        <w:keepNext/>
      </w:pPr>
      <w:r>
        <w:rPr>
          <w:rFonts w:ascii="Times New Roman" w:hAnsi="Times New Roman"/>
          <w:b/>
          <w:color w:val="000000"/>
          <w:sz w:val="22"/>
        </w:rPr>
        <w:t>Öğretmen Yansıtması ve Sonraki Haftaya Hazırlık</w:t>
      </w:r>
    </w:p>
    <w:p>
      <w:pPr>
        <w:spacing w:after="120"/>
      </w:pPr>
      <w:r>
        <w:rPr>
          <w:rFonts w:ascii="Times New Roman" w:hAnsi="Times New Roman"/>
          <w:b w:val="0"/>
          <w:color w:val="000000"/>
          <w:sz w:val="20"/>
        </w:rPr>
        <w:t>Öğrencilerin en çok zorlandığı kavram veya ilişki: ........................................................................................................................................</w:t>
      </w:r>
    </w:p>
    <w:p>
      <w:pPr>
        <w:spacing w:after="120"/>
      </w:pPr>
      <w:r>
        <w:rPr>
          <w:rFonts w:ascii="Times New Roman" w:hAnsi="Times New Roman"/>
          <w:b w:val="0"/>
          <w:color w:val="000000"/>
          <w:sz w:val="20"/>
        </w:rPr>
        <w:t>Bir sonraki uygulamada korunacak ya da değiştirilecek öğretim adımı: ..................................................................................................................</w:t>
      </w:r>
    </w:p>
    <w:p>
      <w:pPr>
        <w:spacing w:after="120"/>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21 Eylül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8. Sınıf Matematik 2.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