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8.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4.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8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5-9 Ekim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Ekim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İşlemler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Üslü İfadeler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M.8.1.2.3. Sayıların ondalık gösterimlerini 10'un tam sayı kuvvetlerini kullanarak çözümler. M.8.1.2.4. Verilen bir sayıyı 10'un farklı tam sayı kuvvetlerini kullanarak ifade eder.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Ondalık gösterimdeki basamak değerlerini 10'un kuvvetleriyle ilişkilendirme; sayıları 10'un farklı tam sayı kuvvetleri kullanılarak eşdeğer biçimlerde yazma.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ondalık gösterimde basamak değerlerini okuyabildiği ve temel üslü ifade kurallarını kullanabildiği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ondalık sayının her basamağını 10'un hangi kuvvetiyle ilişkilendirir; aynı sayıyı farklı kuvvetler kullanarak nasıl yazabiliriz?”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Mikrometre, kilometre, para birimi ve veri depolama örneklerinde çok küçük veya büyük değerlerin 10'un kuvvetleriyle gösterilebildiği fark ettirilir.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Basamak değeri tablosu, ondalık kartları, 10'un kuvvetleri şeridi, bilimsel veri örnekleri, çalışma kağıdı.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ondalık sayının her basamağını 10'un hangi kuvvetiyle ilişkilendirir; aynı sayıyı farklı kuvvetler kullanarak nasıl yazabiliriz?”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basamak değeri çözümlemesi, 10'un kuvvetleriyle yeniden yazma, eşdeğer gösterimleri karşılaştırma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üslü i̇fadeler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Mikrometre, kilometre, para birimi ve veri depolama örneklerinde çok küçük veya büyük değerlerin 10'un kuvvetleriyle gösterilebildiği fark ettirilir.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ondalık çözümleme tablosu, eşdeğer 10 kuvveti gösterimleri ve yazılı gerekçe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Ondalık çözümleme tablosu, eşdeğer 10 kuvveti gösterimleri ve yazılı gerekçe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ondalık çözümleme tablosu, eşdeğer 10 kuvveti gösterimleri ve yazılı gerekçe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Beşinci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Önceki öğrenmeleri ilişkilendirme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haftanın çalışmalarından seçilmiş iki farklı çözüm yolunu karşılaştırmaya açar. Öğrencilerden kullanılan temsil, işlem veya gerekçedeki ortak yönleri belirtmelerini ister.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kendi çözümü ile örnek çözümleri karşılaştırır; hangi adımın sonucu güvenilir kıldığını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Karşılaştırma notu ve sözlü gerekçe.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görevi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üslü i̇fadeler kapsamındaki öğrenme çıktısını yeni bir bağlamda kullanmayı gerektiren kısa uygulama görevi verir; gerektiğinde somut materyal ve yönlendirici sorularla destek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uygun matematiksel temsili seçer, çözümünü veya çıkarımını kayıt altına alır ve sonucu kontrol 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uygulama ürünü.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Haftalık öğrenme değerlendirmesi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ölçme kanıtlarını gözden geçirir; sonraki hafta için tekrar, destekleme veya zenginleştirme ihtiyacını not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haftanın öğrenme hedefiyle ilgili öz değerlendirme yapar ve bir sonraki çalışmaya hazırlık sorusunu yanıtlar.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Öz değerlendirme ve öğretmen gözlem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üslü i̇fadeler ile ilgili yeni bir örnek tasarlamaları, kullandıkları matematiksel ilişkiyi ve gerekçesini açıklamaları istenir.</w:t>
      </w:r>
    </w:p>
    <w:p>
      <w:r>
        <w:br w:type="page"/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Sayıların ondalık gösterimlerini 10'un tam sayı kuvvetlerini kullanarak çözümler. M.8.1.2.4. Verilen bir sayıyı 10'un farklı tam sayı kuvvetlerini kullanarak ifade eder.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Ondalık gösterimler 10'un tam sayı kuvvetleriyle çözümlenerek sayılar farklı eşdeğer biçimlerde ifade edildi.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5 Ekim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8. Sınıf Matematik 4.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