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TÜRKÇE GÜNLÜK PLAN / DERS PLANI</w:t>
      </w:r>
    </w:p>
    <w:p>
      <w:pPr>
        <w:pStyle w:val="Title"/>
        <w:spacing w:after="16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9-13 Kasım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3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9 Kasım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Millî Mücadele ve Atatürk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Atatürk ve Eğitim, Öğretim, Öğretmen Dinleme İzleme Metni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resmî çerçeve planda 8 ve 9. haftalar için birlikte verilen beş saatlik sürecin ikinci bölümünde dinleme notlarını tamamlamak, konuşma-yazma ürünüyle değerlendirmek</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T.8.1.4 ve T.8.1.14; T.8.2.1, T.8.2.2 ve T.8.2.4; T.8.3.18 ve T.8.3.25; T.8.4.4.</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8. haftada dinleme metninin ana iletisi için ilk kanıt notlarını oluşturdukları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“Dinleme metnindeki görüşü güçlendirmek için hangi kanıtları seçip nasıl gerekçelendirebiliriz?”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önceki haftanın dinleme notları, ana ileti-kanıt çizelgesi, konuşma planı, öz değerlendirme formu ve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“Dinleme metnindeki görüşü güçlendirmek için hangi kanıtları seçip nasıl gerekçelendirebiliriz?”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Atatürk ve Eğitim, Öğretim, Öğretmen Dinleme İzleme Metni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Önceki haftanın notlarıyla çalışmak için kontrol listesi, konuşma için gerekçe cümle kalıpları ve paragraf planı sunulur.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eğitim ve öğretmenlikle ilgili bir görüşü iki ayrı metin kanıtıyla destekleyen kısa açıklama metni yazar.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Atatürk ve Eğitim, Öğretim, Öğretmen dinleme-izleme metni üzerinden ana ileti, kanıt seçimi, konuşma, yazma ve öz değerlendirme çalışmaları tamamlandı; kaynak plandaki 8-9. hafta ortak beş saatlik süreci tamamlandı.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spacing w:before="60" w:after="0"/>
        <w:jc w:val="right"/>
      </w:pPr>
      <w:r>
        <w:rPr>
          <w:rFonts w:ascii="Times New Roman" w:hAnsi="Times New Roman"/>
          <w:b/>
          <w:color w:val="000000"/>
          <w:sz w:val="20"/>
        </w:rPr>
        <w:t xml:space="preserve">Ders Öğretmeni: </w:t>
      </w:r>
      <w:r>
        <w:rPr>
          <w:rFonts w:ascii="Times New Roman" w:hAnsi="Times New Roman"/>
          <w:b w:val="0"/>
          <w:color w:val="000000"/>
          <w:sz w:val="20"/>
        </w:rPr>
        <w:t>........................................  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Türkçe 9.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