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1.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14-18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Biyolojinin Önemi, Biyoloji Biliminin Gelişimindeki Dönüm Noktaları, Bilimin Doğası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BİY.9.1.1. Biyolojideki dönüm noktalarının insan hayatına katkılarını sorgulayabilme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Biyolojideki dönüm noktalarının insan hayatına katkılarını belirtir. b) Biyolojideki dönüm noktalarının insan hayatına katkılarıyla ilgili sorular sorar.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Biyolojideki dönüm noktalarının insan yaşamına katkılarını belirleme ve araştırma sorusu oluşturma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 bilimsel bilgi, dönüm noktası, insan sağlığı, tarım, çevre, biyoteknoloji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15 Temmuz Demokrasi ve Millî Birlik Günü</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Biyoloji alanındaki bir gelişmenin insan yaşamını değiştirdiğini hangi kanıtlarla açıklayabiliriz?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biyolojideki dönüm noktalarının insan yaşamına katkılarını belirleme ve araştırma sorusu oluşturma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“Biyoloji alanındaki bir gelişmenin insan yaşamını değiştirdiğini hangi kanıtlarla açıklayabiliriz?”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aşıların geliştirilmesi, mikroskobun kullanılması, DNA'nın yapısının açıklanması ve antibiyotiklerin keşfi gibi örnekleri tarih bilgisi vermeden görsel kartlarla sunar. Öğrencilerden her kartın insan yaşamında hangi soruna çözüm üretmiş olabileceğini tahmin etmelerini ister. Tahminler kanıt, yarar ve olası sınırlılık başlıkları altında tahtada toplanır.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görsel kartları sağlık, tarım, çevre ve teknoloji alanlarına göre sınıflandırır. Her grup seçtiği bir gelişmenin insan yaşamına katkısını tek cümleyle belirtir ve açıklamasında hangi bilgiye ihtiyaç duyduğunu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Sınıflandırma tablosu, ilk açıklama ve ihtiyaç duyulan bilgi listesi.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bir biyoloji gelişmesi hakkında soru oluşturma ölçütlerini açıklar: soru açık olmalı, araştırılabilir olmalı, katkıyı ve etkilediği alanı belirtmelidir. Akşemseddin'in hastalıkların bulaşmasına ilişkin görüşleri dâhil farklı bilim insanlarından kısa örnekler kullanarak iyi ve zayıf soru örneklerini karşılaştırır.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seçtikleri dönüm noktası için iki araştırma sorusu yazar, akran kontrol listesiyle soruları gözden geçirir ve birini gerekçesiyle seçer. Ders sonunda biyolojinin günlük yaşamla ilişkisini gösteren bir çıkış bileti doldurur.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Araştırılabilir soru, akran kontrol listesi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Biyolojideki dönüm noktalarının insan hayatına katkılarını belirtir. b) Biyolojideki dönüm noktalarının insan hayatına katkılarıyla ilgili sorular sorar.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Seçilen biyolojik gelişmeyle ilgili kullanılabilecek iki güvenilir kaynak türü belirlenir; kaynakların neden güvenilir olabileceği birer cümleyle açıklanır.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Biyolojinin Önemi, Biyoloji Biliminin Gelişimindeki Dönüm Noktaları, Bilimin Doğası konusu, BİY.9.1.1. Biyolojideki dönüm noktalarının insan hayatına katkılarını sorgulayabilme öğrenme çıktısı doğrultusunda biyolojideki dönüm noktalarının insan yaşamına katkılarını belirleme ve araştırma sorusu oluşturma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14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1.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