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9. SINIF BİYOLOJİ GÜNLÜK PLAN / DERS PLANI</w:t>
      </w:r>
    </w:p>
    <w:p>
      <w:pPr>
        <w:pStyle w:val="Title"/>
        <w:spacing w:after="160"/>
      </w:pPr>
      <w:r>
        <w:rPr>
          <w:rFonts w:ascii="Times New Roman" w:hAnsi="Times New Roman" w:eastAsia="Times New Roman"/>
          <w:b/>
          <w:i w:val="0"/>
          <w:color w:val="000000"/>
          <w:sz w:val="24"/>
        </w:rPr>
        <w:t>3.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28 Eylül-2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28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YAŞAM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Biyolojinin Önemi, Biyoloji Biliminin Gelişimindeki Dönüm Noktaları, Bilimin Doğası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BİY.9.1.2. Bilimsel araştırma süreçlerinde bilimin doğasını yorumlayabilme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Bilimsel araştırma süreçlerinde bilimin doğasının özelliklerini inceler. b) Bilimsel araştırma süreçlerinde bilimin doğasıyla ilgili elde ettiği bilgileri bağlamdan kopmadan dönüştürür.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Bilimsel araştırma süreçlerinde bilimin doğasının özelliklerini inceleme ve bilgiyi bağlamını koruyarak dönüştürme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gözlem, çıkarım, hipotez, kanıt, sınanabilirlik, değişebilirlik, bilimsel model</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Bilimsel bilginin güvenilir olması, hiç değişmeyeceği anlamına gelir mi?</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bilimsel araştırma süreçlerinde bilimin doğasının özelliklerini inceleme ve bilgiyi bağlamını koruyarak dönüştürme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“Bilimsel bilginin güvenilir olması, hiç değişmeyeceği anlamına gelir mi?”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tek bir biyolojik olguya ilişkin gözlem cümleleri ile çıkarım cümlelerini karışık biçimde sunar. Bilimsel araştırmada soru, gözlem, veri, açıklama ve sonuç arasındaki ilişkiyi bir süreç şeması üzerinde açıklar; süreçlerin her araştırmada aynı sırayı izlemek zorunda olmadığını belirtir.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cümleleri gözlem ve çıkarım olarak sınıflandırır, kararını dilsel ve bilimsel kanıtlarla açıklar. Ardından verilen kısa araştırma öyküsündeki soru, veri, açıklama ve sonucu farklı renklerle işaretler.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Gözlem-çıkarım sınıflandırması ve araştırma süreci şeması.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yeni kanıtların bilimsel açıklamaları nasıl geliştirebildiğini gösteren kısa bir örnek olay kullanır. Öğrencilerden örnekte değişen açıklamayı, değişmeyen kanıtı ve yeni kanıtın etkisini ayırmalarını ister.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örnek olayı neden-sonuç diyagramına dönüştürür. Bilimsel bilginin kanıta dayalı, sınanabilir, eleştiriye açık ve yeni kanıtlarla geliştirilebilir olmasını kendi cümleleriyle açıklar.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Neden-sonuç diyagramı ve bilimin doğasına ilişkin özgün açıklama.</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Bilimsel araştırma süreçlerinde bilimin doğasının özelliklerini inceler. b) Bilimsel araştırma süreçlerinde bilimin doğasıyla ilgili elde ettiği bilgileri bağlamdan kopmadan dönüştürür.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Bilimin doğasının iki özelliği seçilir ve her biri biyolojiden somut bir örnekle açıklanır.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Biyolojinin Önemi, Biyoloji Biliminin Gelişimindeki Dönüm Noktaları, Bilimin Doğası konusu, BİY.9.1.2. Bilimsel araştırma süreçlerinde bilimin doğasını yorumlayabilme öğrenme çıktısı doğrultusunda bilimsel araştırma süreçlerinde bilimin doğasının özelliklerini inceleme ve bilgiyi bağlamını koruyarak dönüştürme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28 Eylül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Biyoloji 3. Hafta Günlük Plan / Ders Planı</dc:title>
  <dc:subject>9. Sınıf Biyoloji Günlük Plan / Ders Planı</dc:subject>
  <dc:creator/>
  <cp:keywords>9.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