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9. SINIF BİYOLOJİ GÜNLÜK PLAN / DERS PLANI</w:t>
      </w:r>
    </w:p>
    <w:p>
      <w:pPr>
        <w:pStyle w:val="Title"/>
        <w:spacing w:after="160"/>
      </w:pPr>
      <w:r>
        <w:rPr>
          <w:rFonts w:ascii="Times New Roman" w:hAnsi="Times New Roman" w:eastAsia="Times New Roman"/>
          <w:b/>
          <w:i w:val="0"/>
          <w:color w:val="000000"/>
          <w:sz w:val="24"/>
        </w:rPr>
        <w:t>4.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5-9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YAŞAM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Biyolojinin Önemi, Biyoloji Biliminin Gelişimindeki Dönüm Noktaları, Bilimin Doğası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BİY.9.1.2. Bilimsel araştırma süreçlerinde bilimin doğasını yorumlayabilme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 Bilimsel araştırma süreçlerinde bilimin doğasıyla ilgili elde ettiği bilgileri bağlamdan kopmadan dönüştürür. c) Bilimsel araştırma süreçlerinde bilimin doğasıyla ilgili elde ettiği bilgileri anlamı değiştirmeyecek şekilde kendi cümleleriyle yeniden ifade eder.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Bilimin doğasıyla ilgili bilgiyi anlamını değiştirmeden kendi cümleleriyle yeniden ifade etme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bilimsel açıklama, bağlam, ana düşünce, özetleme, yeniden ifade, kaynak gösterme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Bir bilimsel metni kısaltırken anlamı ve kanıtı nasıl koruruz?</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bilimin doğasıyla ilgili bilgiyi anlamını değiştirmeden kendi cümleleriyle yeniden ifade etme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“Bir bilimsel metni kısaltırken anlamı ve kanıtı nasıl koruruz?”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bilimin doğasıyla ilgili kısa bir metinde ana düşünce, destekleyici kanıt, koşul ve sınırlılıkları birlikte işaretler. Yalnızca sözcükleri değiştiren bir cümle ile anlamı koruyarak yeniden yazılan bir cümleyi karşılaştırır.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metni dört bileşene ayırır: ana düşünce, kanıt, koşul ve sonuç. Her bileşeni kısa notlarla ifade eder; metinden kopyalanan ifadeleri tırnakla ve kaynak bilgisiyle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Metin çözümleme tablosu ve bileşen notları.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öğrencilerin yeniden yazdığı cümlelerde anlam kayması, aşırı genelleme ve kanıtsız kesinlik olup olmadığını gösteren kontrol listesini uygular. Bilimsel metinlerde 'olabilir', 'göstermektedir' ve 'kanıtlamaktadır' ifadeleri arasındaki anlam farkını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kaynak metni 80-100 kelimelik bir açıklamaya dönüştürür. Akranıyla metinleri değiştirerek anlamın, kanıtın ve belirsizlik düzeyinin korunup korunmadığını kontrol eder; son metni geri bildirime göre düzeltir.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İlk taslak, akran kontrol listesi ve düzeltilmiş açıklama.</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 Bilimsel araştırma süreçlerinde bilimin doğasıyla ilgili elde ettiği bilgileri bağlamdan kopmadan dönüştürür. c) Bilimsel araştırma süreçlerinde bilimin doğasıyla ilgili elde ettiği bilgileri anlamı değiştirmeyecek şekilde kendi cümleleriyle yeniden ifade 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Düzeltilmiş açıklamaya uygun bir başlık ve metnin dayandığı kaynağı gösteren kısa kaynak bilgisi eklenir.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Biyolojinin Önemi, Biyoloji Biliminin Gelişimindeki Dönüm Noktaları, Bilimin Doğası konusu, BİY.9.1.2. Bilimsel araştırma süreçlerinde bilimin doğasını yorumlayabilme öğrenme çıktısı doğrultusunda bilimin doğasıyla ilgili bilgiyi anlamını değiştirmeden kendi cümleleriyle yeniden ifade etme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5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Biyoloji 4. Hafta Günlük Plan / Ders Planı</dc:title>
  <dc:subject>9. Sınıf Biyoloji Günlük Plan / Ders Planı</dc:subject>
  <dc:creator/>
  <cp:keywords>9.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