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9. SINIF BİYOLOJİ GÜNLÜK PLAN / DERS PLANI</w:t>
      </w:r>
    </w:p>
    <w:p>
      <w:pPr>
        <w:pStyle w:val="Title"/>
        <w:spacing w:after="160"/>
      </w:pPr>
      <w:r>
        <w:rPr>
          <w:rFonts w:ascii="Times New Roman" w:hAnsi="Times New Roman" w:eastAsia="Times New Roman"/>
          <w:b/>
          <w:i w:val="0"/>
          <w:color w:val="000000"/>
          <w:sz w:val="24"/>
        </w:rPr>
        <w:t>6.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6.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19-23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19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YAŞAM</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Bilimsel Araştırma Süreçleri, Bilim Etiği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BİY.9.1.3. Bilimsel araştırmaların bilim etiğine uygunluğu ile ilgili bilgi toplayabilme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 Belirlediği araçları kullanarak bilimsel araştırmaların bilim etiğine uygunluğu ile ilgili bilgilere ulaşır. c) Bilimsel araştırmaların bilim etiğine uygunluğu ile ilgili ulaştığı bilgileri doğrular.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Bilim etiğine ilişkin bilgilere ulaşma ve bilgileri bağımsız kaynaklarla doğrulama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etik ilke, resmî kılavuz, yöntem şeffaflığı, tekrar edilebilirlik, kaynak karşılaştırma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Bir araştırmanın etik olduğu yönündeki beyanı hangi belgeler ve kanıtlar doğrulayabilir?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bilim etiğine ilişkin bilgilere ulaşma ve bilgileri bağımsız kaynaklarla doğrulama sürecini, resmî yıllık plandaki BİY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ortaokul düzeyinde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“Bir araştırmanın etik olduğu yönündeki beyanı hangi belgeler ve kanıtlar doğrulayabilir?”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iki ders saati esas alınarak hazırlanmıştır. Ders saatleri okul çizelgesinde farklı günlerdeyse ikinci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kurum etik ilkeleri veya bilimsel yayın etiğiyle ilgili kısa ve yaş düzeyine uygun metinler sunar. Öğrencilere bilgi ararken kullanılacak anahtar sözcük, kurum adı, belge tarihi ve kapsam bilgilerini nasıl kaydedeceklerini gösterir.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örnek araştırmanın etik boyutuyla ilgili bilgileri iki farklı güvenilir kaynaktan bulur. Kaynak künyesini, ilgili etik ilkeyi ve araştırmadaki karşılığını yapılandırılmış forma kaydeder.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Kaynak kayıt formu ve etik ilke-araştırma uygulaması eşleştirmesi.</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kaynaklar arasında ifade farkı bulunduğunda belgenin kapsamı, tarihi ve yetkili kurumu üzerinden doğrulama yapılmasını modelleyerek gösterir. Kesin sonuca ulaşılamayan durumların ayrıca belirtilmesini ister.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topladıkları iki bilgiyi karşılaştırır; aynı sonucu destekleyen kanıtları, çelişen noktaları ve ek doğrulama gerektiren hususları yazar. Son olarak örnek araştırmanın etik uygunluğu hakkında koşullu bir değerlendirme oluşturur.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Kaynak karşılaştırma tablosu ve koşullu etik değerlendirme.</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 Belirlediği araçları kullanarak bilimsel araştırmaların bilim etiğine uygunluğu ile ilgili bilgilere ulaşır. c) Bilimsel araştırmaların bilim etiğine uygunluğu ile ilgili ulaştığı bilgileri doğrular.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Etik değerlendirmedeki bir iddia için kullanılan iki kaynağın güçlü ve sınırlı yönleri karşılaştırılır.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Bilimsel Araştırma Süreçleri, Bilim Etiği konusu, BİY.9.1.3. Bilimsel araştırmaların bilim etiğine uygunluğu ile ilgili bilgi toplayabilme öğrenme çıktısı doğrultusunda bilim etiğine ilişkin bilgilere ulaşma ve bilgileri bağımsız kaynaklarla doğrulama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19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Biyoloji 6. Hafta Günlük Plan / Ders Planı</dc:title>
  <dc:subject>9. Sınıf Biyoloji Günlük Plan / Ders Planı</dc:subject>
  <dc:creator/>
  <cp:keywords>9.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