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eastAsia="Times New Roman"/>
          <w:b/>
          <w:i w:val="0"/>
          <w:color w:val="000000"/>
          <w:sz w:val="24"/>
        </w:rPr>
        <w:t>........................................................ LİSESİ MÜDÜRLÜĞÜ</w:t>
      </w:r>
    </w:p>
    <w:p>
      <w:pPr>
        <w:pStyle w:val="Title"/>
        <w:spacing w:after="40"/>
      </w:pPr>
      <w:r>
        <w:rPr>
          <w:rFonts w:ascii="Times New Roman" w:hAnsi="Times New Roman" w:eastAsia="Times New Roman"/>
          <w:b/>
          <w:i w:val="0"/>
          <w:color w:val="000000"/>
          <w:sz w:val="24"/>
        </w:rPr>
        <w:t>2026-2027 EĞİTİM ÖĞRETİM YILI</w:t>
      </w:r>
    </w:p>
    <w:p>
      <w:pPr>
        <w:pStyle w:val="Title"/>
        <w:spacing w:after="40"/>
      </w:pPr>
      <w:r>
        <w:rPr>
          <w:rFonts w:ascii="Times New Roman" w:hAnsi="Times New Roman" w:eastAsia="Times New Roman"/>
          <w:b/>
          <w:i w:val="0"/>
          <w:color w:val="000000"/>
          <w:sz w:val="24"/>
        </w:rPr>
        <w:t>9. SINIF BİYOLOJİ GÜNLÜK PLAN / DERS PLANI</w:t>
      </w:r>
    </w:p>
    <w:p>
      <w:pPr>
        <w:pStyle w:val="Title"/>
        <w:spacing w:after="160"/>
      </w:pPr>
      <w:r>
        <w:rPr>
          <w:rFonts w:ascii="Times New Roman" w:hAnsi="Times New Roman" w:eastAsia="Times New Roman"/>
          <w:b/>
          <w:i w:val="0"/>
          <w:color w:val="000000"/>
          <w:sz w:val="24"/>
        </w:rPr>
        <w:t>8. HAFTA</w:t>
      </w:r>
    </w:p>
    <w:tbl>
      <w:tblPr>
        <w:tblW w:type="auto" w:w="0"/>
        <w:jc w:val="center"/>
        <w:tblLayout w:type="fixed"/>
        <w:tblLook w:firstColumn="1" w:firstRow="1" w:lastColumn="0" w:lastRow="0" w:noHBand="0" w:noVBand="1" w:val="04A0"/>
      </w:tblPr>
      <w:tblGrid>
        <w:gridCol w:w="2509"/>
        <w:gridCol w:w="2509"/>
        <w:gridCol w:w="2509"/>
        <w:gridCol w:w="2509"/>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Biyoloji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9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8.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2-6 Kasım 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 Kasım 2026 Pazartesi</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Günlük Plan / 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 Kitabı / Sayfa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r>
    </w:tbl>
    <w:p>
      <w:pPr>
        <w:pStyle w:val="Heading1"/>
        <w:keepNext/>
        <w:spacing w:before="120" w:after="60"/>
      </w:pPr>
      <w:r>
        <w:rPr>
          <w:rFonts w:ascii="Times New Roman" w:hAnsi="Times New Roman" w:eastAsia="Times New Roman"/>
          <w:b/>
          <w:i w:val="0"/>
          <w:color w:val="000000"/>
          <w:sz w:val="22"/>
        </w:rPr>
        <w:t>Yıllık Planla Uyumlu Öğrenme Çerçevesi</w:t>
      </w:r>
    </w:p>
    <w:tbl>
      <w:tblPr>
        <w:tblW w:type="auto" w:w="0"/>
        <w:jc w:val="center"/>
        <w:tblLayout w:type="fixed"/>
        <w:tblLook w:firstColumn="1" w:firstRow="1" w:lastColumn="0" w:lastRow="0" w:noHBand="0" w:noVBand="1" w:val="04A0"/>
      </w:tblPr>
      <w:tblGrid>
        <w:gridCol w:w="5018"/>
        <w:gridCol w:w="5018"/>
      </w:tblGrid>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Tema</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YAŞAM</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Konu / İçerik Çerçevesi</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Canlıların Ortak Özellikleri (Hücresel Yapı, Organizasyon, Beslenme, Enerji Üretimi ve Tüketimi, Boşaltım, Büyüme ve Gelişme, Metabolizma, Uyarılara Tepki, Homeostazi, Üreme, Varyasyon ve Adaptasyon)</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Öğrenme Çıktısı</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BİY.9.1.4. Çevresindeki canlıların özelliklerini bilimsel olarak gözlemleyebilme</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Süreç Bileşenleri</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a) Çevresindeki canlıların ortak özelliklerini gözlemleyerek tanımlar.</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Haftanın Odağı</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Canlıların ortak özelliklerini yapılandırılmış gözlemle tanımlama</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Anahtar Kavramlar</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hücresel yapı, organizasyon, beslenme, enerji kullanımı, boşaltım, büyüme, uyarılara tepki, homeostazi, üreme, adaptasyon</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Belirli Gün ve Haftalar</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Bu hafta için yıllık planda ayrıca belirtilmemiştir.</w:t>
            </w:r>
          </w:p>
        </w:tc>
      </w:tr>
    </w:tbl>
    <w:p>
      <w:pPr>
        <w:pStyle w:val="Heading1"/>
        <w:keepNext/>
        <w:spacing w:before="120" w:after="60"/>
      </w:pPr>
      <w:r>
        <w:rPr>
          <w:rFonts w:ascii="Times New Roman" w:hAnsi="Times New Roman" w:eastAsia="Times New Roman"/>
          <w:b/>
          <w:i w:val="0"/>
          <w:color w:val="000000"/>
          <w:sz w:val="22"/>
        </w:rPr>
        <w:t>Dersin Amacı ve Başarı Ölçütleri</w:t>
      </w:r>
    </w:p>
    <w:p>
      <w:pPr>
        <w:spacing w:after="80" w:line="259" w:lineRule="auto"/>
        <w:ind w:firstLine="255"/>
      </w:pPr>
      <w:r>
        <w:rPr>
          <w:rFonts w:ascii="Times New Roman" w:hAnsi="Times New Roman" w:eastAsia="Times New Roman"/>
          <w:b/>
          <w:i w:val="0"/>
          <w:color w:val="000000"/>
          <w:sz w:val="20"/>
        </w:rPr>
        <w:t xml:space="preserve">Temel soru: </w:t>
      </w:r>
      <w:r>
        <w:rPr>
          <w:rFonts w:ascii="Times New Roman" w:hAnsi="Times New Roman" w:eastAsia="Times New Roman"/>
          <w:b w:val="0"/>
          <w:i w:val="0"/>
          <w:color w:val="000000"/>
          <w:sz w:val="20"/>
        </w:rPr>
        <w:t>Bir varlığın canlılarla ortak özellik gösterdiğini gözleme dayalı olarak nasıl ifade ederiz?</w:t>
      </w:r>
    </w:p>
    <w:p>
      <w:pPr>
        <w:spacing w:after="80" w:line="259" w:lineRule="auto"/>
        <w:ind w:firstLine="255"/>
      </w:pPr>
      <w:r>
        <w:rPr>
          <w:rFonts w:ascii="Times New Roman" w:hAnsi="Times New Roman" w:eastAsia="Times New Roman"/>
          <w:b/>
          <w:i w:val="0"/>
          <w:color w:val="000000"/>
          <w:sz w:val="20"/>
        </w:rPr>
        <w:t xml:space="preserve">Dersin amacı: </w:t>
      </w:r>
      <w:r>
        <w:rPr>
          <w:rFonts w:ascii="Times New Roman" w:hAnsi="Times New Roman" w:eastAsia="Times New Roman"/>
          <w:b w:val="0"/>
          <w:i w:val="0"/>
          <w:color w:val="000000"/>
          <w:sz w:val="20"/>
        </w:rPr>
        <w:t>Öğrencilerin canlıların ortak özelliklerini yapılandırılmış gözlemle tanımlama sürecini, resmî yıllık plandaki BİY öğrenme çıktısı ve ilgili süreç bileşenleri doğrultusunda gerçekleştirmeleri amaçlanır.</w:t>
      </w:r>
    </w:p>
    <w:p>
      <w:pPr>
        <w:spacing w:after="80" w:line="259" w:lineRule="auto"/>
        <w:ind w:firstLine="255"/>
      </w:pPr>
      <w:r>
        <w:rPr>
          <w:rFonts w:ascii="Times New Roman" w:hAnsi="Times New Roman" w:eastAsia="Times New Roman"/>
          <w:b/>
          <w:i w:val="0"/>
          <w:color w:val="000000"/>
          <w:sz w:val="20"/>
        </w:rPr>
        <w:t xml:space="preserve">Başarı ölçütleri: </w:t>
      </w:r>
      <w:r>
        <w:rPr>
          <w:rFonts w:ascii="Times New Roman" w:hAnsi="Times New Roman" w:eastAsia="Times New Roman"/>
          <w:b w:val="0"/>
          <w:i w:val="0"/>
          <w:color w:val="000000"/>
          <w:sz w:val="20"/>
        </w:rPr>
        <w:t>Öğrenci; verilen görevin gerektirdiği bilgiyi veya gözlemi doğru biçimde kaydeder, kullandığı kanıtı açıklamasından ayırır, ulaştığı sonucu gerekçelendirir ve öğretmen ya da akran geri bildirimine göre ürününü düzeltir.</w:t>
      </w:r>
    </w:p>
    <w:p>
      <w:pPr>
        <w:pStyle w:val="Heading1"/>
        <w:keepNext/>
        <w:spacing w:before="120" w:after="60"/>
      </w:pPr>
      <w:r>
        <w:rPr>
          <w:rFonts w:ascii="Times New Roman" w:hAnsi="Times New Roman" w:eastAsia="Times New Roman"/>
          <w:b/>
          <w:i w:val="0"/>
          <w:color w:val="000000"/>
          <w:sz w:val="22"/>
        </w:rPr>
        <w:t>Hazırbulunuşluk ve Ön Değerlendirme</w:t>
      </w:r>
    </w:p>
    <w:p>
      <w:pPr>
        <w:spacing w:after="80" w:line="259" w:lineRule="auto"/>
        <w:ind w:firstLine="255"/>
      </w:pPr>
      <w:r>
        <w:rPr>
          <w:rFonts w:ascii="Times New Roman" w:hAnsi="Times New Roman" w:eastAsia="Times New Roman"/>
          <w:b/>
          <w:i w:val="0"/>
          <w:color w:val="000000"/>
          <w:sz w:val="20"/>
        </w:rPr>
        <w:t xml:space="preserve">Ön koşul öğrenmeler: </w:t>
      </w:r>
      <w:r>
        <w:rPr>
          <w:rFonts w:ascii="Times New Roman" w:hAnsi="Times New Roman" w:eastAsia="Times New Roman"/>
          <w:b w:val="0"/>
          <w:i w:val="0"/>
          <w:color w:val="000000"/>
          <w:sz w:val="20"/>
        </w:rPr>
        <w:t>Öğrencilerin ortaokul düzeyinde canlılar, hücre, bilimsel araştırma ve güvenli çalışma hakkında temel kavramlarla karşılaşmış oldukları kabul edilir. Kavramların doğru kullanımı ders başındaki kısa yoklamayla kontrol edilir.</w:t>
      </w:r>
    </w:p>
    <w:p>
      <w:pPr>
        <w:spacing w:after="80" w:line="259" w:lineRule="auto"/>
        <w:ind w:firstLine="255"/>
      </w:pPr>
      <w:r>
        <w:rPr>
          <w:rFonts w:ascii="Times New Roman" w:hAnsi="Times New Roman" w:eastAsia="Times New Roman"/>
          <w:b/>
          <w:i w:val="0"/>
          <w:color w:val="000000"/>
          <w:sz w:val="20"/>
        </w:rPr>
        <w:t xml:space="preserve">Ön değerlendirme: </w:t>
      </w:r>
      <w:r>
        <w:rPr>
          <w:rFonts w:ascii="Times New Roman" w:hAnsi="Times New Roman" w:eastAsia="Times New Roman"/>
          <w:b w:val="0"/>
          <w:i w:val="0"/>
          <w:color w:val="000000"/>
          <w:sz w:val="20"/>
        </w:rPr>
        <w:t>Öğrencilere “Bir varlığın canlılarla ortak özellik gösterdiğini gözleme dayalı olarak nasıl ifade ederiz?” sorusu yöneltilir. Cevaplar puan verilmeden dinlenir; kavram yanılgıları, eksik ön bilgiler ve destek gerektiren öğrenciler öğretmen gözlem notuna kaydedilir.</w:t>
      </w:r>
    </w:p>
    <w:p>
      <w:pPr>
        <w:pStyle w:val="Heading1"/>
        <w:keepNext/>
        <w:spacing w:before="120" w:after="60"/>
      </w:pPr>
      <w:r>
        <w:rPr>
          <w:rFonts w:ascii="Times New Roman" w:hAnsi="Times New Roman" w:eastAsia="Times New Roman"/>
          <w:b/>
          <w:i w:val="0"/>
          <w:color w:val="000000"/>
          <w:sz w:val="22"/>
        </w:rPr>
        <w:t>Araç Gereç, Kaynak ve Güvenlik</w:t>
      </w:r>
    </w:p>
    <w:p>
      <w:pPr>
        <w:spacing w:after="80" w:line="259" w:lineRule="auto"/>
        <w:ind w:firstLine="255"/>
      </w:pPr>
      <w:r>
        <w:rPr>
          <w:rFonts w:ascii="Times New Roman" w:hAnsi="Times New Roman" w:eastAsia="Times New Roman"/>
          <w:b/>
          <w:i w:val="0"/>
          <w:color w:val="000000"/>
          <w:sz w:val="20"/>
        </w:rPr>
        <w:t xml:space="preserve">Araç gereç: </w:t>
      </w:r>
      <w:r>
        <w:rPr>
          <w:rFonts w:ascii="Times New Roman" w:hAnsi="Times New Roman" w:eastAsia="Times New Roman"/>
          <w:b w:val="0"/>
          <w:i w:val="0"/>
          <w:color w:val="000000"/>
          <w:sz w:val="20"/>
        </w:rPr>
        <w:t>MEB ders kitabı, öğretmen tarafından seçilmiş güvenilir bilimsel metin ve görseller, çalışma kâğıdı, gözlem veya kaynak değerlendirme formu, renkli kalemler, akıllı tahta ve gerektiğinde güvenli canlı gözlem materyali.</w:t>
      </w:r>
    </w:p>
    <w:p>
      <w:pPr>
        <w:spacing w:after="80" w:line="259" w:lineRule="auto"/>
        <w:ind w:firstLine="255"/>
      </w:pPr>
      <w:r>
        <w:rPr>
          <w:rFonts w:ascii="Times New Roman" w:hAnsi="Times New Roman" w:eastAsia="Times New Roman"/>
          <w:b/>
          <w:i w:val="0"/>
          <w:color w:val="000000"/>
          <w:sz w:val="20"/>
        </w:rPr>
        <w:t xml:space="preserve">Güvenlik ve etik: </w:t>
      </w:r>
      <w:r>
        <w:rPr>
          <w:rFonts w:ascii="Times New Roman" w:hAnsi="Times New Roman" w:eastAsia="Times New Roman"/>
          <w:b w:val="0"/>
          <w:i w:val="0"/>
          <w:color w:val="000000"/>
          <w:sz w:val="20"/>
        </w:rPr>
        <w:t>Canlı örneklerine zarar verilmez; kişisel ve hassas veri toplanmaz. İnternet kaynakları öğretmen rehberliğinde kullanılır. Alıntı ve görsellerin kaynağı belirtilir. Laboratuvar veya okul dışı gözlem yapılacaksa okulun güvenlik kuralları ile veli/kurum izinleri uygulanır.</w:t>
      </w:r>
    </w:p>
    <w:p>
      <w:pPr>
        <w:pStyle w:val="Heading1"/>
        <w:keepNext/>
        <w:spacing w:before="120" w:after="60"/>
      </w:pPr>
      <w:r>
        <w:rPr>
          <w:rFonts w:ascii="Times New Roman" w:hAnsi="Times New Roman" w:eastAsia="Times New Roman"/>
          <w:b/>
          <w:i w:val="0"/>
          <w:color w:val="000000"/>
          <w:sz w:val="22"/>
        </w:rPr>
        <w:t>Öğrenme Öğretme Süreci</w:t>
      </w:r>
    </w:p>
    <w:p>
      <w:pPr>
        <w:spacing w:after="80" w:line="259" w:lineRule="auto"/>
        <w:ind w:firstLine="255"/>
      </w:pPr>
      <w:r>
        <w:rPr>
          <w:rFonts w:ascii="Times New Roman" w:hAnsi="Times New Roman" w:eastAsia="Times New Roman"/>
          <w:b/>
          <w:i w:val="0"/>
          <w:color w:val="000000"/>
          <w:sz w:val="20"/>
        </w:rPr>
        <w:t xml:space="preserve">Uygulama notu: </w:t>
      </w:r>
      <w:r>
        <w:rPr>
          <w:rFonts w:ascii="Times New Roman" w:hAnsi="Times New Roman" w:eastAsia="Times New Roman"/>
          <w:b w:val="0"/>
          <w:i w:val="0"/>
          <w:color w:val="000000"/>
          <w:sz w:val="20"/>
        </w:rPr>
        <w:t>Plan iki ders saati esas alınarak hazırlanmıştır. Ders saatleri okul çizelgesinde farklı günlerdeyse ikinci dersin başlangıcında önceki derse ait ürünler kısaca hatırlatılır. Öğretmen, sınıfın hazırbulunuşluğuna göre örnek sayısını ve çalışma süresini değiştirebilir; öğrenme çıktısı ile kanıt ilişkisini korur.</w:t>
      </w:r>
    </w:p>
    <w:p>
      <w:pPr>
        <w:pStyle w:val="Heading2"/>
        <w:keepNext/>
        <w:spacing w:before="80" w:after="60"/>
      </w:pPr>
      <w:r>
        <w:rPr>
          <w:rFonts w:ascii="Times New Roman" w:hAnsi="Times New Roman" w:eastAsia="Times New Roman"/>
          <w:b/>
          <w:i w:val="0"/>
          <w:color w:val="000000"/>
          <w:sz w:val="21"/>
        </w:rPr>
        <w:t>1.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güvenli biçimde gözlenebilecek bitki, maya etkinliği görseli veya öğretmen tarafından hazırlanmış canlı gözlem kayıtlarını sunar. Gözlem ile canlılık özelliği hakkında yapılan yorumun ayrı tutulması gerektiğini örnekler. Canlı örneğine zarar verilmemesi ve gözlem alanının korunması kurallarını açıklar.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seçilen canlıyı yapılandırılmış gözlem formuyla inceler. Görülebilen özellikleri doğrudan gözlem, kaynakla desteklenen özellikleri ise dolaylı bilgi olarak kaydeder. Gözlem süresi, ortam ve kullanılan araçları belirtir.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Tarih ve koşul bilgisi içeren yapılandırılmış gözlem formu.</w:t>
      </w:r>
    </w:p>
    <w:p>
      <w:pPr>
        <w:pStyle w:val="Heading2"/>
        <w:keepNext/>
        <w:spacing w:before="80" w:after="60"/>
      </w:pPr>
      <w:r>
        <w:rPr>
          <w:rFonts w:ascii="Times New Roman" w:hAnsi="Times New Roman" w:eastAsia="Times New Roman"/>
          <w:b/>
          <w:i w:val="0"/>
          <w:color w:val="000000"/>
          <w:sz w:val="21"/>
        </w:rPr>
        <w:t>2.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canlıların ortak özelliklerinin her canlıda aynı biçimde ve aynı hızda gözlenemeyebileceğini açıklar. Öğrencilerin gözlem kayıtlarını hücresel yapı, organizasyon, beslenme, enerji kullanımı, büyüme ve uyarılara tepki başlıklarıyla ilişkilendirmesini sağlar.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gözlem bulgularını ortak özelliklerle eşleştirir. Doğrudan gözlenemeyen özellikler için hangi ek kanıta ihtiyaç olduğunu yazar; gözlem ile çıkarımı farklı renklerle gösterir.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Gözlem-özellik eşleştirme tablosu ve ek kanıt gereksinimi listesi.</w:t>
      </w:r>
    </w:p>
    <w:p>
      <w:pPr>
        <w:pStyle w:val="Heading1"/>
        <w:keepNext/>
        <w:spacing w:before="120" w:after="60"/>
      </w:pPr>
      <w:r>
        <w:rPr>
          <w:rFonts w:ascii="Times New Roman" w:hAnsi="Times New Roman" w:eastAsia="Times New Roman"/>
          <w:b/>
          <w:i w:val="0"/>
          <w:color w:val="000000"/>
          <w:sz w:val="22"/>
        </w:rPr>
        <w:t>Farklılaştırma</w:t>
      </w:r>
    </w:p>
    <w:p>
      <w:pPr>
        <w:spacing w:after="80" w:line="259" w:lineRule="auto"/>
        <w:ind w:firstLine="255"/>
      </w:pPr>
      <w:r>
        <w:rPr>
          <w:rFonts w:ascii="Times New Roman" w:hAnsi="Times New Roman" w:eastAsia="Times New Roman"/>
          <w:b/>
          <w:i w:val="0"/>
          <w:color w:val="000000"/>
          <w:sz w:val="20"/>
        </w:rPr>
        <w:t xml:space="preserve">Destekleme: </w:t>
      </w:r>
      <w:r>
        <w:rPr>
          <w:rFonts w:ascii="Times New Roman" w:hAnsi="Times New Roman" w:eastAsia="Times New Roman"/>
          <w:b w:val="0"/>
          <w:i w:val="0"/>
          <w:color w:val="000000"/>
          <w:sz w:val="20"/>
        </w:rPr>
        <w:t>Kavramları ayırmakta veya yazılı ürün oluşturmakta zorlanan öğrencilere kavram kartı, kısmi doldurulmuş tablo, cümle başlangıcı, örnek kayıt ve öğretmen modellemesi verilir. Öğrenci öğrenmesini kısa sözlü açıklama, işaretlenmiş görsel ya da yapılandırılmış tabloyla gösterebilir. Destek, öğrenme çıktısını daraltmadan işlem basamaklarını görünür hâle getirir.</w:t>
      </w:r>
    </w:p>
    <w:p>
      <w:pPr>
        <w:spacing w:after="80" w:line="259" w:lineRule="auto"/>
        <w:ind w:firstLine="255"/>
      </w:pPr>
      <w:r>
        <w:rPr>
          <w:rFonts w:ascii="Times New Roman" w:hAnsi="Times New Roman" w:eastAsia="Times New Roman"/>
          <w:b/>
          <w:i w:val="0"/>
          <w:color w:val="000000"/>
          <w:sz w:val="20"/>
        </w:rPr>
        <w:t xml:space="preserve">Zenginleştirme: </w:t>
      </w:r>
      <w:r>
        <w:rPr>
          <w:rFonts w:ascii="Times New Roman" w:hAnsi="Times New Roman" w:eastAsia="Times New Roman"/>
          <w:b w:val="0"/>
          <w:i w:val="0"/>
          <w:color w:val="000000"/>
          <w:sz w:val="20"/>
        </w:rPr>
        <w:t>Görevi erken tamamlayan öğrenciler ikinci bir kaynak veya gözlem kaydı kullanarak ilk sonucunu sınar. Kaynaklar ya da gözlemler arasındaki benzerlik, fark ve sınırlılıkları açıklayan ek bir paragraf yazar; ulaştığı sonucun hangi durumda değişebileceğini belirtir.</w:t>
      </w:r>
    </w:p>
    <w:p>
      <w:pPr>
        <w:pStyle w:val="Heading1"/>
        <w:keepNext/>
        <w:spacing w:before="120" w:after="60"/>
      </w:pPr>
      <w:r>
        <w:rPr>
          <w:rFonts w:ascii="Times New Roman" w:hAnsi="Times New Roman" w:eastAsia="Times New Roman"/>
          <w:b/>
          <w:i w:val="0"/>
          <w:color w:val="000000"/>
          <w:sz w:val="22"/>
        </w:rPr>
        <w:t>Ölçme ve Değerlendirme</w:t>
      </w:r>
    </w:p>
    <w:p>
      <w:pPr>
        <w:spacing w:after="80" w:line="259" w:lineRule="auto"/>
        <w:ind w:firstLine="255"/>
      </w:pPr>
      <w:r>
        <w:rPr>
          <w:rFonts w:ascii="Times New Roman" w:hAnsi="Times New Roman" w:eastAsia="Times New Roman"/>
          <w:b/>
          <w:i w:val="0"/>
          <w:color w:val="000000"/>
          <w:sz w:val="20"/>
        </w:rPr>
        <w:t xml:space="preserve">Değerlendirme yaklaşımı: </w:t>
      </w:r>
      <w:r>
        <w:rPr>
          <w:rFonts w:ascii="Times New Roman" w:hAnsi="Times New Roman" w:eastAsia="Times New Roman"/>
          <w:b w:val="0"/>
          <w:i w:val="0"/>
          <w:color w:val="000000"/>
          <w:sz w:val="20"/>
        </w:rPr>
        <w:t>Ön değerlendirme cevabı, ders içi çalışma formu, öğrenci ürünü, akran kontrolü, çıkış bileti ve öğretmen gözlemi birlikte değerlendirilir. Değerlendirme yalnızca doğru cevaba değil; bilgi veya gözlem kaydının doğruluğuna, kanıt kullanımına, gerekçeye ve geri bildirim sonrasında yapılan düzeltmeye odaklanır.</w:t>
      </w:r>
    </w:p>
    <w:tbl>
      <w:tblPr>
        <w:tblW w:type="auto" w:w="0"/>
        <w:jc w:val="center"/>
        <w:tblLayout w:type="fixed"/>
        <w:tblLook w:firstColumn="1" w:firstRow="1" w:lastColumn="0" w:lastRow="0" w:noHBand="0" w:noVBand="1" w:val="04A0"/>
      </w:tblPr>
      <w:tblGrid>
        <w:gridCol w:w="3345"/>
        <w:gridCol w:w="3345"/>
        <w:gridCol w:w="3345"/>
      </w:tblGrid>
      <w:tr>
        <w:trPr>
          <w:tblHeader w:val="true"/>
        </w:trPr>
        <w:tc>
          <w:tcPr>
            <w:tcW w:type="dxa" w:w="6803"/>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Gözlenecek Öğrenme Kanıtı</w:t>
            </w:r>
          </w:p>
        </w:tc>
        <w:tc>
          <w:tcPr>
            <w:tcW w:type="dxa" w:w="1417"/>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Gözlendi</w:t>
            </w:r>
          </w:p>
        </w:tc>
        <w:tc>
          <w:tcPr>
            <w:tcW w:type="dxa" w:w="1814"/>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Desteğe İhtiyaç Var</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a) Çevresindeki canlıların ortak özelliklerini gözlemleyerek tanımlar.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Bilgi, gözlem veya kaynağı uygun başlık altında ve izlenebilir biçimde kaydeder.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Kanıt ile kendi yorumunu birbirinden ayırır ve sonucunu kanıtla gerekçelendirir.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Akran veya öğretmen geri bildirimi sonrasında ürününde anlamlı bir düzeltme yapar.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bl>
    <w:p>
      <w:pPr>
        <w:pStyle w:val="Heading1"/>
        <w:keepNext/>
        <w:spacing w:before="120" w:after="60"/>
      </w:pPr>
      <w:r>
        <w:rPr>
          <w:rFonts w:ascii="Times New Roman" w:hAnsi="Times New Roman" w:eastAsia="Times New Roman"/>
          <w:b/>
          <w:i w:val="0"/>
          <w:color w:val="000000"/>
          <w:sz w:val="22"/>
        </w:rPr>
        <w:t>Ders Sonrası Çalışma</w:t>
      </w:r>
    </w:p>
    <w:p>
      <w:pPr>
        <w:spacing w:after="80" w:line="259" w:lineRule="auto"/>
        <w:ind w:firstLine="255"/>
      </w:pPr>
      <w:r>
        <w:rPr>
          <w:rFonts w:ascii="Times New Roman" w:hAnsi="Times New Roman" w:eastAsia="Times New Roman"/>
          <w:b/>
          <w:i w:val="0"/>
          <w:color w:val="000000"/>
          <w:sz w:val="20"/>
        </w:rPr>
        <w:t xml:space="preserve">Görev: </w:t>
      </w:r>
      <w:r>
        <w:rPr>
          <w:rFonts w:ascii="Times New Roman" w:hAnsi="Times New Roman" w:eastAsia="Times New Roman"/>
          <w:b w:val="0"/>
          <w:i w:val="0"/>
          <w:color w:val="000000"/>
          <w:sz w:val="20"/>
        </w:rPr>
        <w:t>Yakın çevredeki farklı bir canlı, ona zarar vermeden en az iki farklı zamanda gözlenir; koşullar ve değişimler kısa forma kaydedilir.</w:t>
      </w:r>
    </w:p>
    <w:p>
      <w:pPr>
        <w:spacing w:after="80" w:line="259" w:lineRule="auto"/>
        <w:ind w:firstLine="255"/>
      </w:pPr>
      <w:r>
        <w:rPr>
          <w:rFonts w:ascii="Times New Roman" w:hAnsi="Times New Roman" w:eastAsia="Times New Roman"/>
          <w:b/>
          <w:i w:val="0"/>
          <w:color w:val="000000"/>
          <w:sz w:val="20"/>
        </w:rPr>
        <w:t xml:space="preserve">Kontrol ölçütü: </w:t>
      </w:r>
      <w:r>
        <w:rPr>
          <w:rFonts w:ascii="Times New Roman" w:hAnsi="Times New Roman" w:eastAsia="Times New Roman"/>
          <w:b w:val="0"/>
          <w:i w:val="0"/>
          <w:color w:val="000000"/>
          <w:sz w:val="20"/>
        </w:rPr>
        <w:t>Görevde tarih ve konu başlığı bulunur; kullanılan bilgi, gözlem veya kaynak açıkça belirtilir; sonuç en az bir kanıtla ilişkilendirilir.</w:t>
      </w:r>
    </w:p>
    <w:p>
      <w:pPr>
        <w:pStyle w:val="Heading1"/>
        <w:keepNext/>
        <w:spacing w:before="120" w:after="60"/>
      </w:pPr>
      <w:r>
        <w:rPr>
          <w:rFonts w:ascii="Times New Roman" w:hAnsi="Times New Roman" w:eastAsia="Times New Roman"/>
          <w:b/>
          <w:i w:val="0"/>
          <w:color w:val="000000"/>
          <w:sz w:val="22"/>
        </w:rPr>
        <w:t>Sınıf Defterine Yazılacak İfade</w:t>
      </w:r>
    </w:p>
    <w:p>
      <w:pPr>
        <w:spacing w:after="80" w:line="259" w:lineRule="auto"/>
        <w:ind w:firstLine="255"/>
      </w:pPr>
      <w:r>
        <w:rPr>
          <w:rFonts w:ascii="Times New Roman" w:hAnsi="Times New Roman" w:eastAsia="Times New Roman"/>
          <w:b/>
          <w:i w:val="0"/>
          <w:color w:val="000000"/>
          <w:sz w:val="20"/>
        </w:rPr>
        <w:t xml:space="preserve">Defter kaydı: </w:t>
      </w:r>
      <w:r>
        <w:rPr>
          <w:rFonts w:ascii="Times New Roman" w:hAnsi="Times New Roman" w:eastAsia="Times New Roman"/>
          <w:b w:val="0"/>
          <w:i w:val="0"/>
          <w:color w:val="000000"/>
          <w:sz w:val="20"/>
        </w:rPr>
        <w:t>Canlıların Ortak Özellikleri (Hücresel Yapı, Organizasyon, Beslenme, Enerji Üretimi ve Tüketimi, Boşaltım, Büyüme ve Gelişme, Metabolizma, Uyarılara Tepki, Homeostazi, Üreme, Varyasyon ve Adaptasyon) konusu, BİY.9.1.4. Çevresindeki canlıların özelliklerini bilimsel olarak gözlemleyebilme öğrenme çıktısı doğrultusunda canlıların ortak özelliklerini yapılandırılmış gözlemle tanımlama çalışmalarıyla işlendi.</w:t>
      </w:r>
    </w:p>
    <w:p>
      <w:pPr>
        <w:pStyle w:val="Heading1"/>
        <w:keepNext/>
        <w:spacing w:before="120" w:after="60"/>
      </w:pPr>
      <w:r>
        <w:rPr>
          <w:rFonts w:ascii="Times New Roman" w:hAnsi="Times New Roman" w:eastAsia="Times New Roman"/>
          <w:b/>
          <w:i w:val="0"/>
          <w:color w:val="000000"/>
          <w:sz w:val="22"/>
        </w:rPr>
        <w:t>Öğretmen Yansıtması</w:t>
      </w:r>
    </w:p>
    <w:p>
      <w:pPr>
        <w:spacing w:after="60"/>
      </w:pPr>
      <w:r>
        <w:rPr>
          <w:rFonts w:ascii="Times New Roman" w:hAnsi="Times New Roman" w:eastAsia="Times New Roman"/>
          <w:b w:val="0"/>
          <w:i w:val="0"/>
          <w:color w:val="000000"/>
          <w:sz w:val="20"/>
        </w:rPr>
        <w:t>Öğrencilerin güçlü olduğu bilgi, beceri veya süreç: ........................................................................................................................</w:t>
      </w:r>
    </w:p>
    <w:p>
      <w:pPr>
        <w:spacing w:after="60"/>
      </w:pPr>
      <w:r>
        <w:rPr>
          <w:rFonts w:ascii="Times New Roman" w:hAnsi="Times New Roman" w:eastAsia="Times New Roman"/>
          <w:b w:val="0"/>
          <w:i w:val="0"/>
          <w:color w:val="000000"/>
          <w:sz w:val="20"/>
        </w:rPr>
        <w:t>En çok zorlanılan kavram ya da işlem basamağı: ..............................................................................................................................</w:t>
      </w:r>
    </w:p>
    <w:p>
      <w:pPr>
        <w:spacing w:after="60"/>
      </w:pPr>
      <w:r>
        <w:rPr>
          <w:rFonts w:ascii="Times New Roman" w:hAnsi="Times New Roman" w:eastAsia="Times New Roman"/>
          <w:b w:val="0"/>
          <w:i w:val="0"/>
          <w:color w:val="000000"/>
          <w:sz w:val="20"/>
        </w:rPr>
        <w:t>Bir sonraki derste uygulanacak destekleme veya düzenleme: .............................................................................................................</w:t>
      </w:r>
    </w:p>
    <w:p>
      <w:pPr>
        <w:spacing w:before="160" w:after="0"/>
        <w:jc w:val="center"/>
      </w:pPr>
      <w:r>
        <w:rPr>
          <w:rFonts w:ascii="Times New Roman" w:hAnsi="Times New Roman" w:eastAsia="Times New Roman"/>
          <w:b w:val="0"/>
          <w:i w:val="0"/>
          <w:color w:val="000000"/>
          <w:sz w:val="20"/>
        </w:rPr>
        <w:t>2 Kasım 2026</w:t>
        <w:br/>
      </w:r>
      <w:r>
        <w:rPr>
          <w:rFonts w:ascii="Times New Roman" w:hAnsi="Times New Roman" w:eastAsia="Times New Roman"/>
          <w:b/>
          <w:i w:val="0"/>
          <w:color w:val="000000"/>
          <w:sz w:val="21"/>
        </w:rPr>
        <w:t>Ders Öğretmeni</w:t>
        <w:br/>
      </w:r>
      <w:r>
        <w:rPr>
          <w:rFonts w:ascii="Times New Roman" w:hAnsi="Times New Roman" w:eastAsia="Times New Roman"/>
          <w:b w:val="0"/>
          <w:i w:val="0"/>
          <w:color w:val="000000"/>
          <w:sz w:val="20"/>
        </w:rPr>
        <w:t>........................................................</w:t>
        <w:br/>
        <w:t>İmza</w:t>
      </w:r>
    </w:p>
    <w:sectPr w:rsidR="00FC693F" w:rsidRPr="0006063C" w:rsidSect="00034616">
      <w:pgSz w:w="11906" w:h="16838"/>
      <w:pgMar w:top="822" w:right="935" w:bottom="765" w:left="935"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59" w:lineRule="auto"/>
      <w:outlineLvl w:val="0"/>
    </w:pPr>
    <w:rPr>
      <w:rFonts w:asciiTheme="majorHAnsi" w:eastAsiaTheme="majorEastAsia" w:hAnsiTheme="majorHAnsi" w:cstheme="majorBidi" w:ascii="Times New Roman" w:hAnsi="Times New Roman"/>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80" w:line="259" w:lineRule="auto"/>
      <w:outlineLvl w:val="1"/>
    </w:pPr>
    <w:rPr>
      <w:rFonts w:asciiTheme="majorHAnsi" w:eastAsiaTheme="majorEastAsia" w:hAnsiTheme="majorHAnsi" w:cstheme="majorBidi" w:ascii="Times New Roman" w:hAnsi="Times New Roman"/>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59"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9. Sınıf Biyoloji 8. Hafta Günlük Plan / Ders Planı</dc:title>
  <dc:subject>9. Sınıf Biyoloji Günlük Plan / Ders Planı</dc:subject>
  <dc:creator/>
  <cp:keywords>9. sınıf biyoloji, günlük plan, ders planı, 2026-2027, Türkiye Yüzyılı Maarif Modeli</cp:keywords>
  <dc:description>generated by python-docx</dc:description>
  <cp:lastModifiedBy/>
  <cp:revision>1</cp:revision>
  <dcterms:created xsi:type="dcterms:W3CDTF">2013-12-23T23:15:00Z</dcterms:created>
  <dcterms:modified xsi:type="dcterms:W3CDTF">2013-12-23T23:15:00Z</dcterms:modified>
  <cp:category/>
</cp:coreProperties>
</file>