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9. SINIF COĞRAFYA DERS PLANI</w:t>
      </w:r>
    </w:p>
    <w:p>
      <w:pPr>
        <w:pStyle w:val="Title"/>
        <w:spacing w:after="180"/>
      </w:pPr>
      <w:r>
        <w:rPr>
          <w:rFonts w:ascii="Times New Roman" w:hAnsi="Times New Roman"/>
          <w:b/>
          <w:color w:val="000000"/>
          <w:sz w:val="24"/>
        </w:rPr>
        <w:t>1.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9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14.09.2026-18.09.2026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14.09.2026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COĞRAFYANIN DOĞASI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 Biliminin Konusu ve Bölümleri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COĞ.9.1.1. Coğrafya biliminin konusu ve bölümlerini çözümleyebilme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Coğrafya biliminin konusu ve bölümlerini oluşturan bileşenleri belirler. b) Coğrafya biliminin konusu ve bölümlerini oluşturan bileşenler arasındaki ilişkileri belirler.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“Coğrafya Biliminin Konusu ve Bölümleri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“Coğrafya Biliminin Konusu ve Bölümleri”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coğrafya biliminin konusu ve bölümleri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“COĞ.9.1.1. Coğrafya biliminin konusu ve bölümlerini çözümleyebilme”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coğrafya biliminin konusu ve bölümleri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COĞ.9.1.1. Coğrafya biliminin konusu ve bölümlerini çözümleyebilme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Coğrafya Biliminin Konusu ve Bölümleri konusu, COĞ.9.1.1. Coğrafya biliminin konusu ve bölümlerini çözümleyebilme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14.09.2026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Coğrafya 2 saat 1.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