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9. SINIF COĞRAFYA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3.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28.09.2026-02.10.2026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COĞRAFYANIN DOĞASI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 Biliminin Gelişimi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COĞ.9.1.3. Coğrafya biliminin gelişimi hakkında bilgi toplayabilme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Coğrafya biliminin gelişimiyle ilgili gerekli bilgilere ulaşmak için hangi araçları kul-lanacağını belirler. b) Belirlediği araçları kullanarak coğrafya biliminin gelişimiyle ilgili ihtiyaç duyduğu bilgilere ulaşır. c) Coğrafya biliminin gelişimiyle ilgili ulaştığı bilgileri doğrular. ç) Coğrafya biliminin gelişimiyle ilgili doğruladığı bilgileri kaydeder.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“Coğrafya Biliminin Gelişimi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“Coğrafya Biliminin Gelişimi”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coğrafya biliminin gelişimi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“COĞ.9.1.3. Coğrafya biliminin gelişimi hakkında bilgi toplayabilme”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coğrafya biliminin gelişimi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COĞ.9.1.3. Coğrafya biliminin gelişimi hakkında bilgi toplayabilme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Coğrafya Biliminin Gelişimi konusu, COĞ.9.1.3. Coğrafya biliminin gelişimi hakkında bilgi toplayabilme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28.09.2026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Coğrafya 2 saat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