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9. SINIF COĞRAFYA DERS PLANI</w:t>
      </w:r>
    </w:p>
    <w:p>
      <w:pPr>
        <w:pStyle w:val="Title"/>
        <w:spacing w:after="18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8.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02.11.2026-06.11.2026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02.11.2026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Teknolojilerinin Bileşenleri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COĞ.9.2.3. Mekânsal bilgi teknolojilerini oluşturan bileşenleri çözümleyebilme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Mekânsal bilgi teknolojilerini oluşturan bileşenleri belirler. b) Mekânsal bilgi teknolojilerini oluşturan bileşenler arasındaki ilişkileri belirler.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“Mekânsal Bilgi Teknolojilerinin Bileşenleri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“Mekânsal Bilgi Teknolojilerinin Bileşenleri”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mekânsal bilgi teknolojilerinin bileşenleri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“COĞ.9.2.3. Mekânsal bilgi teknolojilerini oluşturan bileşenleri çözümleyebilme”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mekânsal bilgi teknolojilerinin bileşenleri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COĞ.9.2.3. Mekânsal bilgi teknolojilerini oluşturan bileşenleri çözümleyebilme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Mekânsal Bilgi Teknolojilerinin Bileşenleri konusu, COĞ.9.2.3. Mekânsal bilgi teknolojilerini oluşturan bileşenleri çözümleyebilme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02.11.2026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Coğrafya 2 saat 8.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