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9.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2-6 Kasım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 Kasım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Nicelikler ve Değişimler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Doğrusal Fonksiyonlar ve Nitel Özellikleri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MAT.9.2.1. Gerçek sayılarda tanımlı doğrusal fonksiyonların nitel özelliklerine ilişkin matematiksel muhakeme yapabilme.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Doğrusal fonksiyonların cebirsel, tablo ve grafik temsillerini ilişkilendirme; doğruların eğim, öteleme ve yansıma gibi nitel özelliklerini yorumlama.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doğru, eğim ve doğrusal ilişki kavramlarına ilişkin önceki öğrenmelerinin bulunduğu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“Doğrusal fonksiyonun grafiği değiştiğinde hangi nitel özellikler korunur; değişimin yönünü nasıl yorumlarız?”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Ücret tarifesi, sıcaklık değişimi ve sabit hız örnekleri doğrusal ilişki ve grafik temsili ile incelenir.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Koordinat düzlemi, grafik kartları, tablo şablonu, dinamik geometri yazılımı veya akıllı tahta ve çalışma kağıdı.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“Doğrusal fonksiyonun grafiği değiştiğinde hangi nitel özellikler korunur; değişimin yönünü nasıl yorumlarız?”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tablo-grafik-cebirsel ifade dönüşümü, eğim yorumlama, gerçek yaşam bağlamını modelleme ve grup paylaşımı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doğrusal fonksiyonlar ve nitel özellikleri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Ücret tarifesi, sıcaklık değişimi ve sabit hız örnekleri doğrusal ilişki ve grafik temsili ile incelenir.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grafik yorumlama notu, tablo ve gerekçeli model açıklaması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Grafik yorumlama notu, tablo ve gerekçeli model açıklaması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grafik yorumlama notu, tablo ve gerekçeli model açıklaması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doğrusal fonksiyonlar ve nitel özellikleri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doğrusal fonksiyonlar ve nitel özellikleri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sayılarda tanımlı doğrusal fonksiyonların nitel özelliklerine ilişkin matematiksel muhakeme yapabilme.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Doğrusal fonksiyonların cebirsel, tablo ve grafik temsilleri ilişkilendirildi; nitel özellikleri yorumlandı.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 Kasım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Matematik 8.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