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9. SINIF TARIH DERS PLANI</w:t>
      </w:r>
    </w:p>
    <w:p>
      <w:pPr>
        <w:pStyle w:val="Title"/>
        <w:spacing w:after="18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9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14-18 Eylül</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14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GEÇMİŞİN İNŞA SÜRECİNDE TARİH</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 Öğrenmenin Faydaları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TAR.9.1.1. Tarih öğrenmenin bireye ve topluma faydalarını yorumlayabilme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Tarih öğrenmenin bireye ve topluma faydalarını kaynaklardan inceler. b) Tarih öğrenmenin bireye ve topluma faydalarıyla ilgili incelediği kaynakları bağlamından kopmadan özetler. c) Tarih öğrenmenin bireye ve topluma faydalarını kendi cümleleriyle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“Tarih Öğrenmenin Faydaları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“Tarih Öğrenmenin Faydaları”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öğrenmenin faydaları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TAR.9.1.1. Tarih öğrenmenin bireye ve topluma faydalarını yorumlayabilme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tarih öğrenmenin faydaları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TAR.9.1.1. Tarih öğrenmenin bireye ve topluma faydalarını yorumlayabilme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Tarih Öğrenmenin Faydaları konusu, TAR.9.1.1. Tarih öğrenmenin bireye ve topluma faydalarını yorumlayabilme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14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Tarih 1.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