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9. SINIF TARIH DERS PLANI</w:t>
      </w:r>
    </w:p>
    <w:p>
      <w:pPr>
        <w:pStyle w:val="Title"/>
        <w:spacing w:after="18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3.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 Eylül-2 Ekim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ÜNİTE: GEÇMİŞİN İNŞA SÜRECİNDE TARİH</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Tarihin Doğası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TAR.9.1.2. Tarihin doğasını farklı kaynaklar üzerinden inceleyebilme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Farklı kaynaklardan tarihin doğasına ilişkin temel bilgileri tespit eder. b) Farklı kaynakları inceleyerek tarihin doğasına ilişkin temel bilgileri açıklar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“Tarihin Doğası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 dersinde ele alınacak “Tarihin Doğası”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tarihin doğası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TAR.9.1.2. Tarihin doğasını farklı kaynaklar üzerinden inceleyebilme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tarihin doğası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TAR.9.1.2. Tarihin doğasını farklı kaynaklar üzerinden inceleyebilme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Tarihin Doğası konusu, TAR.9.1.2. Tarihin doğasını farklı kaynaklar üzerinden inceleyebilme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28 Eylül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Tarih 3.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