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TARIH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12-16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GEÇMİŞİN İNŞA SÜRECİNDE TARİH</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Bilginin Üretim Süreci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TAR.9.1.3. Tarihsel bilginin üretim sürecini çözümleyebilme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Örnek çalışmalar üzerinden tarihsel bilginin üretim sürecindeki aşamaları belirler. b) Örnek çalışmalar üzerinden tarihsel bilginin üretim sürecindeki aşamalar arasında var olan ilişkileri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“Tarihsel Bilginin Üretim Süreci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“Tarihsel Bilginin Üretim Süreci”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tarihsel bilginin üretim süreci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TAR.9.1.3. Tarihsel bilginin üretim sürecini çözümleyebilme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tarihsel bilginin üretim süreci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TAR.9.1.3. Tarihsel bilginin üretim sürecini çözümleyebilme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Tarihsel Bilginin Üretim Süreci konusu, TAR.9.1.3. Tarihsel bilginin üretim sürecini çözümleyebilme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12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Tarih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