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İlkokul Aylık Faaliyet Raporu Şablonu</w:t>
      </w:r>
    </w:p>
    <w:p>
      <w:pPr>
        <w:jc w:val="center"/>
      </w:pPr>
      <w:r>
        <w:t>Ekim 2026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Resimli sözlük okuma, Bilen Oturur, sınıf panosu ve yaşayan sözlük.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05.10.2026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1.1. Tanıtım etkinliği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Merkez Yürütme Kurulu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05.10.2026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1.2. Bakanlığımıza ait tanıtım platformlarında proje ile ilgili duyurular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Merkez Yürütme Kurulu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05.10.2026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1.3. Proje uygulama kılavuzu ve eylem planları resmî yazı ile il millî eğitim müdürlüklerine gönderilir.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Merkez Yürütme Kurulu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2.1. İl Yürütme Komisyonu kurulur.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İl/İlçe Millî Eğitim ve Okul Müdürlükleri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2.2. İlçe Yürütme Komisyonu kurulur.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İl/İlçe Millî Eğitim ve Okul Müdürlükleri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2.3. Okul Yürütme Komisyonu kurulur.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İl/İlçe Millî Eğitim ve Okul Müdürlükleri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12.10.2026</w:t>
              <w:br/>
              <w:t>16.10.2026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3.1. Tüm sınıflarda "Bilen Oturur" etkinliği yapılır. (bk. Ek 6)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19.10.2026</w:t>
              <w:br/>
              <w:t>23.10.2026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3.2. Tüm sınıflarda pano çalışmaları yapılır ve sınıf panosunda "Başarı Köşesi" oluşturulur.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12.10.2026</w:t>
              <w:br/>
              <w:t>06.11.2026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3.3. İl genelinde “Yaşayan Sözlük Tasarım Yarışması” düzenlenir. Yarışma kapsamında, Türkçenin söz varlığı; yaratıcı tasarım teknikleri, dijital uygulamalar (QR kod, artırılmış gerçeklik vb.) ile farklı sanat teknikleri ve materyaller kullanılarak özgün “Yaşayan Sözlük” tasarımlarına dönüştürülür.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