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Şubat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Aileyle deyim ve atasözü öğrenme, drama ve resimleme.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08.02.2027</w:t>
              <w:br/>
              <w:t>12.02.2027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7.1. “Ailemle Deyim ve Atasözleri Etkinliği” yapılır. Öğrenciler, verilen kelimeyle ilgili bir deyim/atasözü ve bu sözün anlamını ailelerinden öğrenir, defterlerine yazar ve sınıfla paylaşır.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15.02.2027</w:t>
              <w:br/>
              <w:t>19.02.2027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7.2. Tüm sınıflarda “Drama Yöntemiyle Atasözü/Deyim Anlatma”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22.02.2027</w:t>
              <w:br/>
              <w:t>26.02.2027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7.3. Tüm sınıflarda “Atasözlerini/Deyimleri Resimleme”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