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Aralık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Sosyal medyada doğru Türkçe ve dijital sözlük çalışmaları.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01.12.2026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5.1. "Yapay Zekâda Türkçenin Doğru Kullanımı" Tasarım Yarışması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07.12.2026</w:t>
              <w:br/>
              <w:t>11.12.2026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5.2. "Dijital Sözlük" Kısa Video Serisi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14.12.2026</w:t>
              <w:br/>
              <w:t>18.12.2026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5.3. "Ayıkla Sosyal Medyanın Dilini" Sözlük Çalışması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21.12.2026</w:t>
              <w:br/>
              <w:t>31.12.2026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5.4. "En Doğru Dijital İçerik" Yarışması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