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Mart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Safahat ve İstiklâl Marşı üzerinden cümle afiş çalışması.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01.03.2027</w:t>
              <w:br/>
              <w:t>03.03.2027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8.1. Faaliyetin duyurulur.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01.03.2027</w:t>
              <w:br/>
              <w:t>03.03.2027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8.2. Öğrencilerden İstiklâl Marşı'ndan seçilecek en az üç kelimenin yer alacağı anlamlı bir cümle ve afiş oluşturması istenir.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03.03.2027</w:t>
              <w:br/>
              <w:t>03.03.2027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8.3. Her sınıf için sınıfın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04.03.2027</w:t>
              <w:br/>
              <w:t>05.03.2027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8.4. Sınıfların en iyi cümleleri arasından okulun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15.03.2027</w:t>
              <w:br/>
              <w:t>18.03.2027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8.5. Okulların en iyi cümleleri ilçe millî eğitim müdürlüklerine gönderilir ve ilçenin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İlçe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19.03.2027</w:t>
              <w:br/>
              <w:t>19.03.2027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8.6. İlçelerin en iyi cümleleri il millî eğitim müdürlüklerine gönderilir ve ilin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22.03.2027</w:t>
              <w:br/>
              <w:t>26.03.2027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8.7. İlçelerin en iyi cümleleri/afişleri Mehmet Âkif Ersoy'u Anma Haftası il programında sergilenir ve il birincisi bu programda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