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Okul Öncesi Aylık Faaliyet Raporu Şablonu</w:t>
      </w:r>
    </w:p>
    <w:p>
      <w:pPr>
        <w:jc w:val="center"/>
      </w:pPr>
      <w:r>
        <w:t>Ekim 2026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Proje tanıtımı, okul yürütme komisyonu ve ailelerle ilk buluşmalar.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05.10.2026</w:t>
              <w:br/>
              <w:t>09.10.2026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1.1. Tanıtım etkinliği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Merkez Yürütme Kurulu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05.10.2026</w:t>
              <w:br/>
              <w:t>09.10.2026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1.2. Bakanlığımıza ait tanıtım platformlarında proje ile ilgili haberler paylaşılır.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Merkez Yürütme Kurulu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05.10.2026</w:t>
              <w:br/>
              <w:t>09.10.2026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1.3. Proje uygulama kılavuzu ve eylem planları resmî yazı ile il millî eğitim müdürlüklerine gönderilir.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Merkez Yürütme Kurulu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07.10.2026</w:t>
              <w:br/>
              <w:t>09.10.2026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2.1. İl Yürütme Komisyonu kurulur.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İl/İlçe Millî Eğitim ve Okul Müdürlükleri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07.10.2026</w:t>
              <w:br/>
              <w:t>09.10.2026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2.2. İlçe Yürütme Komisyonu kurulur.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İl/İlçe Millî Eğitim ve Okul Müdürlükleri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07.10.2026</w:t>
              <w:br/>
              <w:t>09.10.2026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2.3. Okul Yürütme Komisyonu kurulur.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İl/İlçe Millî Eğitim ve Okul Müdürlükleri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12.10.2026</w:t>
              <w:br/>
              <w:t>16.10.2026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3.1. Proje ile ilgili ailelerin bilgilendirilme süreçlerinde kullanılacak haber mektubu, bülten, yazışma gibi hazırlıklar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19.10.2026</w:t>
              <w:br/>
              <w:t>23.10.2026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3.2. Aileler ile çevrim içi/yüz yüze toplantı yapılarak proje hakkında bilgilendirme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26.10.2026</w:t>
              <w:br/>
              <w:t>30.10.2026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3.3. Çocukların sözel dil becerilerini geliştirmeye yönelik yürütülen bir etkinliğe aileler gözlemci olarak katılım sağlar.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